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A1039" w14:textId="0E2AA145" w:rsidR="00755CFD" w:rsidRDefault="00755CFD" w:rsidP="00190B5F">
      <w:pPr>
        <w:spacing w:after="0" w:line="240" w:lineRule="auto"/>
        <w:rPr>
          <w:rFonts w:cs="Times New Roman"/>
          <w:b/>
          <w:bCs/>
          <w:sz w:val="28"/>
          <w:szCs w:val="28"/>
        </w:rPr>
      </w:pPr>
      <w:r>
        <w:rPr>
          <w:noProof/>
        </w:rPr>
        <w:drawing>
          <wp:anchor distT="0" distB="0" distL="114300" distR="114300" simplePos="0" relativeHeight="251659264" behindDoc="1" locked="0" layoutInCell="1" allowOverlap="1" wp14:anchorId="56EBAB6A" wp14:editId="05A060B2">
            <wp:simplePos x="0" y="0"/>
            <wp:positionH relativeFrom="margin">
              <wp:posOffset>2279015</wp:posOffset>
            </wp:positionH>
            <wp:positionV relativeFrom="paragraph">
              <wp:posOffset>-813258</wp:posOffset>
            </wp:positionV>
            <wp:extent cx="1828800" cy="1828800"/>
            <wp:effectExtent l="0" t="0" r="0" b="0"/>
            <wp:wrapNone/>
            <wp:docPr id="1278867535" name="Picture 1278867535" descr="A picture containing text, coin, ceramic ware, porcela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8867535" name="Picture 1278867535" descr="A picture containing text, coin, ceramic ware, porcelai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14:sizeRelH relativeFrom="margin">
              <wp14:pctWidth>0</wp14:pctWidth>
            </wp14:sizeRelH>
            <wp14:sizeRelV relativeFrom="margin">
              <wp14:pctHeight>0</wp14:pctHeight>
            </wp14:sizeRelV>
          </wp:anchor>
        </w:drawing>
      </w:r>
    </w:p>
    <w:p w14:paraId="4EE5D7CA" w14:textId="77777777" w:rsidR="00755CFD" w:rsidRDefault="00755CFD" w:rsidP="00190B5F">
      <w:pPr>
        <w:spacing w:after="0" w:line="240" w:lineRule="auto"/>
        <w:rPr>
          <w:rFonts w:cs="Times New Roman"/>
          <w:b/>
          <w:bCs/>
          <w:sz w:val="28"/>
          <w:szCs w:val="28"/>
        </w:rPr>
      </w:pPr>
    </w:p>
    <w:p w14:paraId="1634C6F4" w14:textId="77777777" w:rsidR="00755CFD" w:rsidRDefault="00755CFD" w:rsidP="00190B5F">
      <w:pPr>
        <w:spacing w:after="0" w:line="240" w:lineRule="auto"/>
        <w:rPr>
          <w:rFonts w:cs="Times New Roman"/>
          <w:b/>
          <w:bCs/>
          <w:sz w:val="28"/>
          <w:szCs w:val="28"/>
        </w:rPr>
      </w:pPr>
    </w:p>
    <w:p w14:paraId="6E8F3955" w14:textId="77777777" w:rsidR="00755CFD" w:rsidRDefault="00755CFD" w:rsidP="00190B5F">
      <w:pPr>
        <w:spacing w:after="0" w:line="240" w:lineRule="auto"/>
        <w:rPr>
          <w:rFonts w:cs="Times New Roman"/>
          <w:b/>
          <w:bCs/>
          <w:sz w:val="28"/>
          <w:szCs w:val="28"/>
        </w:rPr>
      </w:pPr>
    </w:p>
    <w:p w14:paraId="54714160" w14:textId="77777777" w:rsidR="00755CFD" w:rsidRDefault="00755CFD" w:rsidP="00190B5F">
      <w:pPr>
        <w:spacing w:after="0" w:line="240" w:lineRule="auto"/>
        <w:rPr>
          <w:rFonts w:cs="Times New Roman"/>
          <w:b/>
          <w:bCs/>
          <w:sz w:val="28"/>
          <w:szCs w:val="28"/>
        </w:rPr>
      </w:pPr>
    </w:p>
    <w:p w14:paraId="5546ACB9" w14:textId="77777777" w:rsidR="00755CFD" w:rsidRPr="00755CFD" w:rsidRDefault="00755CFD" w:rsidP="00755CFD">
      <w:pPr>
        <w:spacing w:after="0" w:line="240" w:lineRule="auto"/>
        <w:jc w:val="center"/>
        <w:rPr>
          <w:rFonts w:cs="Times New Roman"/>
          <w:b/>
          <w:bCs/>
          <w:sz w:val="28"/>
          <w:szCs w:val="28"/>
        </w:rPr>
      </w:pPr>
      <w:r w:rsidRPr="00755CFD">
        <w:rPr>
          <w:rFonts w:cs="Times New Roman"/>
          <w:b/>
          <w:bCs/>
          <w:sz w:val="28"/>
          <w:szCs w:val="28"/>
        </w:rPr>
        <w:t>Montana Board of Public Education</w:t>
      </w:r>
    </w:p>
    <w:p w14:paraId="6B5C3348" w14:textId="5206430A" w:rsidR="00190B5F" w:rsidRPr="00755CFD" w:rsidRDefault="00755CFD" w:rsidP="00755CFD">
      <w:pPr>
        <w:spacing w:after="0" w:line="240" w:lineRule="auto"/>
        <w:jc w:val="center"/>
        <w:rPr>
          <w:rFonts w:cs="Times New Roman"/>
          <w:b/>
          <w:bCs/>
          <w:sz w:val="24"/>
          <w:szCs w:val="24"/>
        </w:rPr>
      </w:pPr>
      <w:r w:rsidRPr="00755CFD">
        <w:rPr>
          <w:rFonts w:cs="Times New Roman"/>
          <w:b/>
          <w:bCs/>
          <w:sz w:val="24"/>
          <w:szCs w:val="24"/>
        </w:rPr>
        <w:t>Public Charter School Amendment Request</w:t>
      </w:r>
    </w:p>
    <w:p w14:paraId="251C4074" w14:textId="77777777" w:rsidR="00755CFD" w:rsidRDefault="00755CFD" w:rsidP="00755CFD">
      <w:pPr>
        <w:spacing w:after="0" w:line="240" w:lineRule="auto"/>
        <w:jc w:val="center"/>
        <w:rPr>
          <w:rFonts w:cs="Times New Roman"/>
          <w:b/>
          <w:bCs/>
        </w:rPr>
      </w:pPr>
    </w:p>
    <w:p w14:paraId="2D4AEFA8" w14:textId="42C6909F" w:rsidR="00097CFD" w:rsidRPr="00EE0DD3" w:rsidRDefault="00E42EBC" w:rsidP="00190B5F">
      <w:pPr>
        <w:spacing w:after="0" w:line="240" w:lineRule="auto"/>
        <w:rPr>
          <w:rFonts w:cs="Times New Roman"/>
          <w:sz w:val="24"/>
          <w:szCs w:val="24"/>
        </w:rPr>
      </w:pPr>
      <w:r w:rsidRPr="00755CFD">
        <w:rPr>
          <w:rFonts w:cs="Times New Roman"/>
          <w:b/>
          <w:bCs/>
          <w:sz w:val="24"/>
          <w:szCs w:val="24"/>
        </w:rPr>
        <w:t>Purpose</w:t>
      </w:r>
      <w:r w:rsidRPr="00755CFD">
        <w:rPr>
          <w:rFonts w:cs="Times New Roman"/>
          <w:sz w:val="24"/>
          <w:szCs w:val="24"/>
        </w:rPr>
        <w:br/>
      </w:r>
      <w:r w:rsidR="00896BEE" w:rsidRPr="00F75205">
        <w:rPr>
          <w:rFonts w:cs="Times New Roman"/>
          <w:sz w:val="24"/>
          <w:szCs w:val="24"/>
        </w:rPr>
        <w:t>This form is used to request approval from the Montana Board of Public Education for amendments to an approved public charter school application or charter contract pursuant to 20-6-809, MCA.</w:t>
      </w:r>
    </w:p>
    <w:p w14:paraId="7078FEC5" w14:textId="77777777" w:rsidR="00190B5F" w:rsidRPr="00755CFD" w:rsidRDefault="00190B5F" w:rsidP="00190B5F">
      <w:pPr>
        <w:spacing w:after="0" w:line="240" w:lineRule="auto"/>
        <w:rPr>
          <w:rFonts w:cs="Times New Roman"/>
          <w:sz w:val="24"/>
          <w:szCs w:val="24"/>
        </w:rPr>
      </w:pPr>
    </w:p>
    <w:p w14:paraId="2ED8C737" w14:textId="15112DD6" w:rsidR="00097CFD" w:rsidRPr="00755CFD" w:rsidRDefault="00E42EBC" w:rsidP="00190B5F">
      <w:pPr>
        <w:pStyle w:val="ListParagraph"/>
        <w:numPr>
          <w:ilvl w:val="0"/>
          <w:numId w:val="11"/>
        </w:numPr>
        <w:spacing w:after="0" w:line="240" w:lineRule="auto"/>
        <w:ind w:left="360"/>
        <w:rPr>
          <w:rFonts w:cs="Times New Roman"/>
          <w:sz w:val="24"/>
          <w:szCs w:val="24"/>
        </w:rPr>
      </w:pPr>
      <w:r w:rsidRPr="00755CFD">
        <w:rPr>
          <w:rFonts w:cs="Times New Roman"/>
          <w:b/>
          <w:bCs/>
          <w:sz w:val="24"/>
          <w:szCs w:val="24"/>
        </w:rPr>
        <w:t>School Information</w:t>
      </w:r>
      <w:r w:rsidRPr="00755CFD">
        <w:rPr>
          <w:rFonts w:cs="Times New Roman"/>
          <w:sz w:val="24"/>
          <w:szCs w:val="24"/>
        </w:rPr>
        <w:br/>
      </w:r>
      <w:r w:rsidR="00755CFD" w:rsidRPr="00755CFD">
        <w:rPr>
          <w:rFonts w:cs="Times New Roman"/>
          <w:sz w:val="24"/>
          <w:szCs w:val="24"/>
        </w:rPr>
        <w:t xml:space="preserve">Public </w:t>
      </w:r>
      <w:r w:rsidRPr="00755CFD">
        <w:rPr>
          <w:rFonts w:cs="Times New Roman"/>
          <w:sz w:val="24"/>
          <w:szCs w:val="24"/>
        </w:rPr>
        <w:t>Charter School Name:</w:t>
      </w:r>
      <w:sdt>
        <w:sdtPr>
          <w:rPr>
            <w:rFonts w:cs="Times New Roman"/>
            <w:sz w:val="24"/>
            <w:szCs w:val="24"/>
          </w:rPr>
          <w:id w:val="1873263022"/>
          <w:placeholder>
            <w:docPart w:val="38BAF5EEFA99433082894BCDC466282B"/>
          </w:placeholder>
          <w:showingPlcHdr/>
        </w:sdtPr>
        <w:sdtEndPr/>
        <w:sdtContent>
          <w:r w:rsidR="00B31332" w:rsidRPr="00755CFD">
            <w:rPr>
              <w:rStyle w:val="PlaceholderText"/>
              <w:rFonts w:cs="Times New Roman"/>
              <w:sz w:val="24"/>
              <w:szCs w:val="24"/>
            </w:rPr>
            <w:t>Click or tap here to enter text.</w:t>
          </w:r>
        </w:sdtContent>
      </w:sdt>
      <w:r w:rsidRPr="00755CFD">
        <w:rPr>
          <w:rFonts w:cs="Times New Roman"/>
          <w:sz w:val="24"/>
          <w:szCs w:val="24"/>
        </w:rPr>
        <w:br/>
        <w:t>District:</w:t>
      </w:r>
      <w:r w:rsidR="00B31332" w:rsidRPr="00755CFD">
        <w:rPr>
          <w:rFonts w:cs="Times New Roman"/>
          <w:sz w:val="24"/>
          <w:szCs w:val="24"/>
        </w:rPr>
        <w:t xml:space="preserve"> </w:t>
      </w:r>
      <w:sdt>
        <w:sdtPr>
          <w:rPr>
            <w:rFonts w:cs="Times New Roman"/>
            <w:sz w:val="24"/>
            <w:szCs w:val="24"/>
          </w:rPr>
          <w:id w:val="-1808305614"/>
          <w:placeholder>
            <w:docPart w:val="89D9885D20F540859D812F3F73B69A94"/>
          </w:placeholder>
          <w:showingPlcHdr/>
        </w:sdtPr>
        <w:sdtEndPr/>
        <w:sdtContent>
          <w:r w:rsidR="00B31332" w:rsidRPr="00755CFD">
            <w:rPr>
              <w:rStyle w:val="PlaceholderText"/>
              <w:rFonts w:cs="Times New Roman"/>
              <w:sz w:val="24"/>
              <w:szCs w:val="24"/>
            </w:rPr>
            <w:t>Click or tap here to enter text.</w:t>
          </w:r>
        </w:sdtContent>
      </w:sdt>
      <w:r w:rsidRPr="00755CFD">
        <w:rPr>
          <w:rFonts w:cs="Times New Roman"/>
          <w:sz w:val="24"/>
          <w:szCs w:val="24"/>
        </w:rPr>
        <w:br/>
        <w:t>Primary Contact:</w:t>
      </w:r>
      <w:sdt>
        <w:sdtPr>
          <w:rPr>
            <w:rFonts w:cs="Times New Roman"/>
            <w:sz w:val="24"/>
            <w:szCs w:val="24"/>
          </w:rPr>
          <w:id w:val="97841749"/>
          <w:placeholder>
            <w:docPart w:val="30AAC7852E13404DA3F94B9829EC0AB1"/>
          </w:placeholder>
          <w:showingPlcHdr/>
        </w:sdtPr>
        <w:sdtEndPr/>
        <w:sdtContent>
          <w:r w:rsidR="00B31332" w:rsidRPr="00755CFD">
            <w:rPr>
              <w:rStyle w:val="PlaceholderText"/>
              <w:rFonts w:cs="Times New Roman"/>
              <w:sz w:val="24"/>
              <w:szCs w:val="24"/>
            </w:rPr>
            <w:t>Click or tap here to enter text.</w:t>
          </w:r>
        </w:sdtContent>
      </w:sdt>
      <w:r w:rsidRPr="00755CFD">
        <w:rPr>
          <w:rFonts w:cs="Times New Roman"/>
          <w:sz w:val="24"/>
          <w:szCs w:val="24"/>
        </w:rPr>
        <w:br/>
        <w:t>Date of Request:</w:t>
      </w:r>
      <w:r w:rsidR="00B31332" w:rsidRPr="00755CFD">
        <w:rPr>
          <w:rFonts w:cs="Times New Roman"/>
          <w:sz w:val="24"/>
          <w:szCs w:val="24"/>
        </w:rPr>
        <w:t xml:space="preserve"> </w:t>
      </w:r>
      <w:sdt>
        <w:sdtPr>
          <w:rPr>
            <w:rFonts w:cs="Times New Roman"/>
            <w:sz w:val="24"/>
            <w:szCs w:val="24"/>
          </w:rPr>
          <w:id w:val="-1702159438"/>
          <w:placeholder>
            <w:docPart w:val="25C3EAEE9522488A8B5BA1BF814EF3D7"/>
          </w:placeholder>
          <w:showingPlcHdr/>
        </w:sdtPr>
        <w:sdtEndPr/>
        <w:sdtContent>
          <w:r w:rsidR="00B31332" w:rsidRPr="00755CFD">
            <w:rPr>
              <w:rStyle w:val="PlaceholderText"/>
              <w:rFonts w:cs="Times New Roman"/>
              <w:sz w:val="24"/>
              <w:szCs w:val="24"/>
            </w:rPr>
            <w:t>Click or tap here to enter text.</w:t>
          </w:r>
        </w:sdtContent>
      </w:sdt>
    </w:p>
    <w:p w14:paraId="3BB39BE8" w14:textId="77777777" w:rsidR="00190B5F" w:rsidRPr="00755CFD" w:rsidRDefault="00190B5F" w:rsidP="00190B5F">
      <w:pPr>
        <w:pStyle w:val="ListParagraph"/>
        <w:spacing w:after="0" w:line="240" w:lineRule="auto"/>
        <w:ind w:left="360"/>
        <w:rPr>
          <w:rFonts w:cs="Times New Roman"/>
          <w:sz w:val="24"/>
          <w:szCs w:val="24"/>
        </w:rPr>
      </w:pPr>
    </w:p>
    <w:p w14:paraId="4D5F51E3" w14:textId="6D7EFCC2" w:rsidR="00097CFD" w:rsidRPr="00755CFD" w:rsidRDefault="00E42EBC" w:rsidP="00190B5F">
      <w:pPr>
        <w:pStyle w:val="ListParagraph"/>
        <w:numPr>
          <w:ilvl w:val="0"/>
          <w:numId w:val="11"/>
        </w:numPr>
        <w:spacing w:after="0" w:line="240" w:lineRule="auto"/>
        <w:ind w:left="360"/>
        <w:rPr>
          <w:rFonts w:cs="Times New Roman"/>
          <w:sz w:val="24"/>
          <w:szCs w:val="24"/>
        </w:rPr>
      </w:pPr>
      <w:r w:rsidRPr="00755CFD">
        <w:rPr>
          <w:rFonts w:cs="Times New Roman"/>
          <w:b/>
          <w:bCs/>
          <w:sz w:val="24"/>
          <w:szCs w:val="24"/>
        </w:rPr>
        <w:t>Amendment Summary</w:t>
      </w:r>
      <w:r w:rsidRPr="00755CFD">
        <w:rPr>
          <w:rFonts w:cs="Times New Roman"/>
          <w:sz w:val="24"/>
          <w:szCs w:val="24"/>
        </w:rPr>
        <w:br/>
        <w:t>Type of Amendment:</w:t>
      </w:r>
      <w:r w:rsidR="005F1277" w:rsidRPr="00755CFD">
        <w:rPr>
          <w:rFonts w:cs="Times New Roman"/>
          <w:sz w:val="24"/>
          <w:szCs w:val="24"/>
        </w:rPr>
        <w:t xml:space="preserve"> </w:t>
      </w:r>
      <w:sdt>
        <w:sdtPr>
          <w:rPr>
            <w:rFonts w:cs="Times New Roman"/>
            <w:sz w:val="24"/>
            <w:szCs w:val="24"/>
          </w:rPr>
          <w:id w:val="-1237624107"/>
          <w:placeholder>
            <w:docPart w:val="DefaultPlaceholder_-1854013438"/>
          </w:placeholder>
          <w:showingPlcHdr/>
          <w:dropDownList>
            <w:listItem w:value="Choose an item."/>
            <w:listItem w:displayText="Academic" w:value="Academic"/>
            <w:listItem w:displayText="Financial" w:value="Financial"/>
            <w:listItem w:displayText="Governance" w:value="Governance"/>
          </w:dropDownList>
        </w:sdtPr>
        <w:sdtEndPr/>
        <w:sdtContent>
          <w:r w:rsidR="005F1277" w:rsidRPr="00755CFD">
            <w:rPr>
              <w:rStyle w:val="PlaceholderText"/>
              <w:rFonts w:cs="Times New Roman"/>
              <w:sz w:val="24"/>
              <w:szCs w:val="24"/>
            </w:rPr>
            <w:t>Choose an item.</w:t>
          </w:r>
        </w:sdtContent>
      </w:sdt>
      <w:r w:rsidRPr="00755CFD">
        <w:rPr>
          <w:rFonts w:cs="Times New Roman"/>
          <w:sz w:val="24"/>
          <w:szCs w:val="24"/>
        </w:rPr>
        <w:br/>
        <w:t>Description of Proposed Change:</w:t>
      </w:r>
      <w:r w:rsidR="00B31332" w:rsidRPr="00755CFD">
        <w:rPr>
          <w:rFonts w:cs="Times New Roman"/>
          <w:sz w:val="24"/>
          <w:szCs w:val="24"/>
        </w:rPr>
        <w:t xml:space="preserve"> </w:t>
      </w:r>
      <w:sdt>
        <w:sdtPr>
          <w:rPr>
            <w:rFonts w:cs="Times New Roman"/>
            <w:sz w:val="24"/>
            <w:szCs w:val="24"/>
          </w:rPr>
          <w:id w:val="1140851190"/>
          <w:placeholder>
            <w:docPart w:val="ADDA1EA56D2545ACA28B404FA372EA24"/>
          </w:placeholder>
          <w:showingPlcHdr/>
        </w:sdtPr>
        <w:sdtEndPr/>
        <w:sdtContent>
          <w:r w:rsidR="00B31332" w:rsidRPr="00755CFD">
            <w:rPr>
              <w:rStyle w:val="PlaceholderText"/>
              <w:rFonts w:cs="Times New Roman"/>
              <w:sz w:val="24"/>
              <w:szCs w:val="24"/>
            </w:rPr>
            <w:t>Click or tap here to enter text.</w:t>
          </w:r>
        </w:sdtContent>
      </w:sdt>
    </w:p>
    <w:p w14:paraId="2BAD0B48" w14:textId="77777777" w:rsidR="00190B5F" w:rsidRPr="00755CFD" w:rsidRDefault="00190B5F" w:rsidP="00190B5F">
      <w:pPr>
        <w:pStyle w:val="ListParagraph"/>
        <w:spacing w:after="0" w:line="240" w:lineRule="auto"/>
        <w:ind w:left="360"/>
        <w:rPr>
          <w:rFonts w:cs="Times New Roman"/>
          <w:sz w:val="24"/>
          <w:szCs w:val="24"/>
        </w:rPr>
      </w:pPr>
    </w:p>
    <w:p w14:paraId="5CD54130" w14:textId="7470EFD1" w:rsidR="00097CFD" w:rsidRPr="00755CFD" w:rsidRDefault="00E42EBC" w:rsidP="00190B5F">
      <w:pPr>
        <w:pStyle w:val="ListParagraph"/>
        <w:numPr>
          <w:ilvl w:val="0"/>
          <w:numId w:val="11"/>
        </w:numPr>
        <w:spacing w:after="0" w:line="240" w:lineRule="auto"/>
        <w:ind w:left="360"/>
        <w:rPr>
          <w:rFonts w:cs="Times New Roman"/>
          <w:sz w:val="24"/>
          <w:szCs w:val="24"/>
        </w:rPr>
      </w:pPr>
      <w:r w:rsidRPr="00755CFD">
        <w:rPr>
          <w:rFonts w:cs="Times New Roman"/>
          <w:b/>
          <w:bCs/>
          <w:sz w:val="24"/>
          <w:szCs w:val="24"/>
        </w:rPr>
        <w:t>Rationale</w:t>
      </w:r>
      <w:r w:rsidRPr="00755CFD">
        <w:rPr>
          <w:rFonts w:cs="Times New Roman"/>
          <w:sz w:val="24"/>
          <w:szCs w:val="24"/>
        </w:rPr>
        <w:br/>
        <w:t>Reason for Amendment:</w:t>
      </w:r>
      <w:r w:rsidR="00B31332" w:rsidRPr="00755CFD">
        <w:rPr>
          <w:rFonts w:cs="Times New Roman"/>
          <w:sz w:val="24"/>
          <w:szCs w:val="24"/>
        </w:rPr>
        <w:t xml:space="preserve"> </w:t>
      </w:r>
      <w:sdt>
        <w:sdtPr>
          <w:rPr>
            <w:rFonts w:cs="Times New Roman"/>
            <w:sz w:val="24"/>
            <w:szCs w:val="24"/>
          </w:rPr>
          <w:id w:val="-240340876"/>
          <w:placeholder>
            <w:docPart w:val="F1F6A8780F8543E4AAE3330E094CDF39"/>
          </w:placeholder>
          <w:showingPlcHdr/>
        </w:sdtPr>
        <w:sdtEndPr/>
        <w:sdtContent>
          <w:r w:rsidR="00B31332" w:rsidRPr="00755CFD">
            <w:rPr>
              <w:rStyle w:val="PlaceholderText"/>
              <w:rFonts w:cs="Times New Roman"/>
              <w:sz w:val="24"/>
              <w:szCs w:val="24"/>
            </w:rPr>
            <w:t>Click or tap here to enter text.</w:t>
          </w:r>
        </w:sdtContent>
      </w:sdt>
      <w:r w:rsidRPr="00755CFD">
        <w:rPr>
          <w:rFonts w:cs="Times New Roman"/>
          <w:sz w:val="24"/>
          <w:szCs w:val="24"/>
        </w:rPr>
        <w:br/>
        <w:t>What has changed since</w:t>
      </w:r>
      <w:r w:rsidR="000730D3" w:rsidRPr="00755CFD">
        <w:rPr>
          <w:rFonts w:cs="Times New Roman"/>
          <w:sz w:val="24"/>
          <w:szCs w:val="24"/>
        </w:rPr>
        <w:t xml:space="preserve"> </w:t>
      </w:r>
      <w:r w:rsidR="00DC7745" w:rsidRPr="00755CFD">
        <w:rPr>
          <w:rFonts w:cs="Times New Roman"/>
          <w:sz w:val="24"/>
          <w:szCs w:val="24"/>
        </w:rPr>
        <w:t xml:space="preserve">your </w:t>
      </w:r>
      <w:r w:rsidR="000730D3" w:rsidRPr="00755CFD">
        <w:rPr>
          <w:rFonts w:cs="Times New Roman"/>
          <w:sz w:val="24"/>
          <w:szCs w:val="24"/>
        </w:rPr>
        <w:t>Public Charter School</w:t>
      </w:r>
      <w:r w:rsidRPr="00755CFD">
        <w:rPr>
          <w:rFonts w:cs="Times New Roman"/>
          <w:sz w:val="24"/>
          <w:szCs w:val="24"/>
        </w:rPr>
        <w:t xml:space="preserve"> </w:t>
      </w:r>
      <w:r w:rsidR="000730D3" w:rsidRPr="00755CFD">
        <w:rPr>
          <w:rFonts w:cs="Times New Roman"/>
          <w:sz w:val="24"/>
          <w:szCs w:val="24"/>
        </w:rPr>
        <w:t xml:space="preserve">application </w:t>
      </w:r>
      <w:r w:rsidR="00DC7745" w:rsidRPr="00755CFD">
        <w:rPr>
          <w:rFonts w:cs="Times New Roman"/>
          <w:sz w:val="24"/>
          <w:szCs w:val="24"/>
        </w:rPr>
        <w:t>was approved</w:t>
      </w:r>
      <w:r w:rsidR="0047280B" w:rsidRPr="00755CFD">
        <w:rPr>
          <w:rFonts w:cs="Times New Roman"/>
          <w:sz w:val="24"/>
          <w:szCs w:val="24"/>
        </w:rPr>
        <w:t>?</w:t>
      </w:r>
      <w:r w:rsidR="00B31332" w:rsidRPr="00755CFD">
        <w:rPr>
          <w:rFonts w:cs="Times New Roman"/>
          <w:sz w:val="24"/>
          <w:szCs w:val="24"/>
        </w:rPr>
        <w:t xml:space="preserve"> </w:t>
      </w:r>
      <w:sdt>
        <w:sdtPr>
          <w:rPr>
            <w:rFonts w:cs="Times New Roman"/>
            <w:sz w:val="24"/>
            <w:szCs w:val="24"/>
          </w:rPr>
          <w:id w:val="-1794514407"/>
          <w:placeholder>
            <w:docPart w:val="34F9A5F0344F475DB3A28081B47604FA"/>
          </w:placeholder>
          <w:showingPlcHdr/>
        </w:sdtPr>
        <w:sdtEndPr/>
        <w:sdtContent>
          <w:r w:rsidR="00B31332" w:rsidRPr="00755CFD">
            <w:rPr>
              <w:rStyle w:val="PlaceholderText"/>
              <w:rFonts w:cs="Times New Roman"/>
              <w:sz w:val="24"/>
              <w:szCs w:val="24"/>
            </w:rPr>
            <w:t>Click or tap here to enter text.</w:t>
          </w:r>
        </w:sdtContent>
      </w:sdt>
    </w:p>
    <w:p w14:paraId="30F01C3F" w14:textId="77777777" w:rsidR="00190B5F" w:rsidRPr="00755CFD" w:rsidRDefault="00190B5F" w:rsidP="00190B5F">
      <w:pPr>
        <w:pStyle w:val="ListParagraph"/>
        <w:spacing w:after="0" w:line="240" w:lineRule="auto"/>
        <w:ind w:left="360"/>
        <w:rPr>
          <w:rFonts w:cs="Times New Roman"/>
          <w:sz w:val="24"/>
          <w:szCs w:val="24"/>
        </w:rPr>
      </w:pPr>
    </w:p>
    <w:p w14:paraId="7C32B277" w14:textId="2896816E" w:rsidR="00097CFD" w:rsidRPr="00755CFD" w:rsidRDefault="00E42EBC" w:rsidP="00190B5F">
      <w:pPr>
        <w:pStyle w:val="ListParagraph"/>
        <w:numPr>
          <w:ilvl w:val="0"/>
          <w:numId w:val="11"/>
        </w:numPr>
        <w:spacing w:after="0" w:line="240" w:lineRule="auto"/>
        <w:ind w:left="360"/>
        <w:rPr>
          <w:rFonts w:cs="Times New Roman"/>
          <w:sz w:val="24"/>
          <w:szCs w:val="24"/>
        </w:rPr>
      </w:pPr>
      <w:r w:rsidRPr="00755CFD">
        <w:rPr>
          <w:rFonts w:cs="Times New Roman"/>
          <w:b/>
          <w:bCs/>
          <w:sz w:val="24"/>
          <w:szCs w:val="24"/>
        </w:rPr>
        <w:t>Impact on Performance Framework</w:t>
      </w:r>
      <w:r w:rsidRPr="00755CFD">
        <w:rPr>
          <w:rFonts w:cs="Times New Roman"/>
          <w:b/>
          <w:bCs/>
          <w:sz w:val="24"/>
          <w:szCs w:val="24"/>
        </w:rPr>
        <w:br/>
      </w:r>
      <w:r w:rsidRPr="00755CFD">
        <w:rPr>
          <w:rFonts w:cs="Times New Roman"/>
          <w:sz w:val="24"/>
          <w:szCs w:val="24"/>
        </w:rPr>
        <w:t xml:space="preserve">Does this change how the school is evaluated? </w:t>
      </w:r>
      <w:r w:rsidR="00B31332" w:rsidRPr="00755CFD">
        <w:rPr>
          <w:rFonts w:cs="Times New Roman"/>
          <w:sz w:val="24"/>
          <w:szCs w:val="24"/>
        </w:rPr>
        <w:t xml:space="preserve"> </w:t>
      </w:r>
      <w:sdt>
        <w:sdtPr>
          <w:rPr>
            <w:rFonts w:eastAsia="MS Gothic" w:cs="Times New Roman"/>
            <w:sz w:val="24"/>
            <w:szCs w:val="24"/>
          </w:rPr>
          <w:id w:val="-578371922"/>
          <w14:checkbox>
            <w14:checked w14:val="0"/>
            <w14:checkedState w14:val="2612" w14:font="MS Gothic"/>
            <w14:uncheckedState w14:val="2610" w14:font="MS Gothic"/>
          </w14:checkbox>
        </w:sdtPr>
        <w:sdtEndPr/>
        <w:sdtContent>
          <w:r w:rsidR="00B31332" w:rsidRPr="00755CFD">
            <w:rPr>
              <w:rFonts w:ascii="Segoe UI Symbol" w:eastAsia="MS Gothic" w:hAnsi="Segoe UI Symbol" w:cs="Segoe UI Symbol"/>
              <w:sz w:val="24"/>
              <w:szCs w:val="24"/>
            </w:rPr>
            <w:t>☐</w:t>
          </w:r>
        </w:sdtContent>
      </w:sdt>
      <w:r w:rsidRPr="00755CFD">
        <w:rPr>
          <w:rFonts w:cs="Times New Roman"/>
          <w:sz w:val="24"/>
          <w:szCs w:val="24"/>
        </w:rPr>
        <w:t xml:space="preserve">Yes </w:t>
      </w:r>
      <w:r w:rsidR="00B31332" w:rsidRPr="00755CFD">
        <w:rPr>
          <w:rFonts w:cs="Times New Roman"/>
          <w:sz w:val="24"/>
          <w:szCs w:val="24"/>
        </w:rPr>
        <w:t xml:space="preserve"> </w:t>
      </w:r>
      <w:sdt>
        <w:sdtPr>
          <w:rPr>
            <w:rFonts w:eastAsia="MS Gothic" w:cs="Times New Roman"/>
            <w:sz w:val="24"/>
            <w:szCs w:val="24"/>
          </w:rPr>
          <w:id w:val="-1607262390"/>
          <w14:checkbox>
            <w14:checked w14:val="0"/>
            <w14:checkedState w14:val="2612" w14:font="MS Gothic"/>
            <w14:uncheckedState w14:val="2610" w14:font="MS Gothic"/>
          </w14:checkbox>
        </w:sdtPr>
        <w:sdtEndPr/>
        <w:sdtContent>
          <w:r w:rsidR="00B31332" w:rsidRPr="00755CFD">
            <w:rPr>
              <w:rFonts w:ascii="Segoe UI Symbol" w:eastAsia="MS Gothic" w:hAnsi="Segoe UI Symbol" w:cs="Segoe UI Symbol"/>
              <w:sz w:val="24"/>
              <w:szCs w:val="24"/>
            </w:rPr>
            <w:t>☐</w:t>
          </w:r>
        </w:sdtContent>
      </w:sdt>
      <w:r w:rsidRPr="00755CFD">
        <w:rPr>
          <w:rFonts w:cs="Times New Roman"/>
          <w:sz w:val="24"/>
          <w:szCs w:val="24"/>
        </w:rPr>
        <w:t xml:space="preserve"> No</w:t>
      </w:r>
      <w:r w:rsidRPr="00755CFD">
        <w:rPr>
          <w:rFonts w:cs="Times New Roman"/>
          <w:sz w:val="24"/>
          <w:szCs w:val="24"/>
        </w:rPr>
        <w:br/>
        <w:t>Affected Areas:</w:t>
      </w:r>
      <w:r w:rsidR="00B31332" w:rsidRPr="00755CFD">
        <w:rPr>
          <w:rFonts w:cs="Times New Roman"/>
          <w:sz w:val="24"/>
          <w:szCs w:val="24"/>
        </w:rPr>
        <w:t xml:space="preserve"> </w:t>
      </w:r>
      <w:sdt>
        <w:sdtPr>
          <w:rPr>
            <w:rFonts w:cs="Times New Roman"/>
            <w:sz w:val="24"/>
            <w:szCs w:val="24"/>
          </w:rPr>
          <w:id w:val="-1239099637"/>
          <w:placeholder>
            <w:docPart w:val="3BA358AACEDB4CE79A7DE2F5BF155178"/>
          </w:placeholder>
          <w:showingPlcHdr/>
        </w:sdtPr>
        <w:sdtEndPr/>
        <w:sdtContent>
          <w:r w:rsidR="00B31332" w:rsidRPr="00755CFD">
            <w:rPr>
              <w:rStyle w:val="PlaceholderText"/>
              <w:rFonts w:cs="Times New Roman"/>
              <w:sz w:val="24"/>
              <w:szCs w:val="24"/>
            </w:rPr>
            <w:t>Click or tap here to enter text.</w:t>
          </w:r>
        </w:sdtContent>
      </w:sdt>
      <w:r w:rsidRPr="00755CFD">
        <w:rPr>
          <w:rFonts w:cs="Times New Roman"/>
          <w:sz w:val="24"/>
          <w:szCs w:val="24"/>
        </w:rPr>
        <w:br/>
        <w:t>Description of Changes:</w:t>
      </w:r>
      <w:r w:rsidR="00B31332" w:rsidRPr="00755CFD">
        <w:rPr>
          <w:rFonts w:cs="Times New Roman"/>
          <w:sz w:val="24"/>
          <w:szCs w:val="24"/>
        </w:rPr>
        <w:t xml:space="preserve"> </w:t>
      </w:r>
      <w:sdt>
        <w:sdtPr>
          <w:rPr>
            <w:rFonts w:cs="Times New Roman"/>
            <w:sz w:val="24"/>
            <w:szCs w:val="24"/>
          </w:rPr>
          <w:id w:val="-1450932068"/>
          <w:placeholder>
            <w:docPart w:val="B88CD0DDDA6F462A9D2B956EFE3EF930"/>
          </w:placeholder>
          <w:showingPlcHdr/>
        </w:sdtPr>
        <w:sdtEndPr/>
        <w:sdtContent>
          <w:r w:rsidR="00B31332" w:rsidRPr="00755CFD">
            <w:rPr>
              <w:rStyle w:val="PlaceholderText"/>
              <w:rFonts w:cs="Times New Roman"/>
              <w:sz w:val="24"/>
              <w:szCs w:val="24"/>
            </w:rPr>
            <w:t>Click or tap here to enter text.</w:t>
          </w:r>
        </w:sdtContent>
      </w:sdt>
      <w:r w:rsidRPr="00755CFD">
        <w:rPr>
          <w:rFonts w:cs="Times New Roman"/>
          <w:sz w:val="24"/>
          <w:szCs w:val="24"/>
        </w:rPr>
        <w:br/>
        <w:t>Updated Measures:</w:t>
      </w:r>
      <w:r w:rsidR="00B31332" w:rsidRPr="00755CFD">
        <w:rPr>
          <w:rFonts w:cs="Times New Roman"/>
          <w:sz w:val="24"/>
          <w:szCs w:val="24"/>
        </w:rPr>
        <w:t xml:space="preserve"> </w:t>
      </w:r>
      <w:sdt>
        <w:sdtPr>
          <w:rPr>
            <w:rFonts w:cs="Times New Roman"/>
            <w:sz w:val="24"/>
            <w:szCs w:val="24"/>
          </w:rPr>
          <w:id w:val="737520030"/>
          <w:placeholder>
            <w:docPart w:val="C82A909A8D2E4B028F5F61C433E63902"/>
          </w:placeholder>
          <w:showingPlcHdr/>
        </w:sdtPr>
        <w:sdtEndPr/>
        <w:sdtContent>
          <w:r w:rsidR="00B31332" w:rsidRPr="00755CFD">
            <w:rPr>
              <w:rStyle w:val="PlaceholderText"/>
              <w:rFonts w:cs="Times New Roman"/>
              <w:sz w:val="24"/>
              <w:szCs w:val="24"/>
            </w:rPr>
            <w:t>Click or tap here to enter text.</w:t>
          </w:r>
        </w:sdtContent>
      </w:sdt>
    </w:p>
    <w:p w14:paraId="571647BD" w14:textId="77777777" w:rsidR="00190B5F" w:rsidRPr="00755CFD" w:rsidRDefault="00190B5F" w:rsidP="00190B5F">
      <w:pPr>
        <w:pStyle w:val="NoSpacing"/>
        <w:ind w:left="360"/>
        <w:rPr>
          <w:rFonts w:ascii="Times New Roman" w:hAnsi="Times New Roman" w:cs="Times New Roman"/>
          <w:sz w:val="24"/>
          <w:szCs w:val="24"/>
        </w:rPr>
      </w:pPr>
    </w:p>
    <w:p w14:paraId="409F9CC2" w14:textId="06787B13" w:rsidR="00B31332" w:rsidRPr="00755CFD" w:rsidRDefault="00E42EBC" w:rsidP="00190B5F">
      <w:pPr>
        <w:pStyle w:val="NoSpacing"/>
        <w:numPr>
          <w:ilvl w:val="0"/>
          <w:numId w:val="11"/>
        </w:numPr>
        <w:ind w:left="360"/>
        <w:rPr>
          <w:rFonts w:ascii="Times New Roman" w:hAnsi="Times New Roman" w:cs="Times New Roman"/>
          <w:sz w:val="24"/>
          <w:szCs w:val="24"/>
        </w:rPr>
      </w:pPr>
      <w:r w:rsidRPr="00755CFD">
        <w:rPr>
          <w:rFonts w:ascii="Times New Roman" w:hAnsi="Times New Roman" w:cs="Times New Roman"/>
          <w:b/>
          <w:bCs/>
          <w:sz w:val="24"/>
          <w:szCs w:val="24"/>
        </w:rPr>
        <w:t>Enrollment and Financial Impact</w:t>
      </w:r>
    </w:p>
    <w:p w14:paraId="33CED4AF" w14:textId="464D8549" w:rsidR="00B31332" w:rsidRPr="00755CFD" w:rsidRDefault="00E42EBC" w:rsidP="00AF60DA">
      <w:pPr>
        <w:pStyle w:val="NoSpacing"/>
        <w:rPr>
          <w:rFonts w:ascii="Times New Roman" w:hAnsi="Times New Roman" w:cs="Times New Roman"/>
          <w:sz w:val="24"/>
          <w:szCs w:val="24"/>
        </w:rPr>
      </w:pPr>
      <w:r w:rsidRPr="00755CFD">
        <w:rPr>
          <w:rFonts w:ascii="Times New Roman" w:hAnsi="Times New Roman" w:cs="Times New Roman"/>
          <w:sz w:val="24"/>
          <w:szCs w:val="24"/>
        </w:rPr>
        <w:t>Current Enrollment:</w:t>
      </w:r>
      <w:r w:rsidR="00B31332" w:rsidRPr="00755CFD">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629"/>
        <w:gridCol w:w="629"/>
        <w:gridCol w:w="628"/>
        <w:gridCol w:w="629"/>
        <w:gridCol w:w="628"/>
        <w:gridCol w:w="629"/>
        <w:gridCol w:w="628"/>
        <w:gridCol w:w="629"/>
        <w:gridCol w:w="628"/>
        <w:gridCol w:w="629"/>
        <w:gridCol w:w="629"/>
        <w:gridCol w:w="630"/>
        <w:gridCol w:w="630"/>
        <w:gridCol w:w="763"/>
      </w:tblGrid>
      <w:tr w:rsidR="00B31332" w:rsidRPr="00755CFD" w14:paraId="33CC1DBA" w14:textId="77777777" w:rsidTr="005F1277">
        <w:tc>
          <w:tcPr>
            <w:tcW w:w="629" w:type="dxa"/>
            <w:shd w:val="clear" w:color="auto" w:fill="D9D9D9" w:themeFill="background1" w:themeFillShade="D9"/>
          </w:tcPr>
          <w:p w14:paraId="641D3974" w14:textId="59578302"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K</w:t>
            </w:r>
          </w:p>
        </w:tc>
        <w:tc>
          <w:tcPr>
            <w:tcW w:w="629" w:type="dxa"/>
            <w:shd w:val="clear" w:color="auto" w:fill="D9D9D9" w:themeFill="background1" w:themeFillShade="D9"/>
          </w:tcPr>
          <w:p w14:paraId="2B66C73A" w14:textId="0D49CDFA"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w:t>
            </w:r>
          </w:p>
        </w:tc>
        <w:tc>
          <w:tcPr>
            <w:tcW w:w="628" w:type="dxa"/>
            <w:shd w:val="clear" w:color="auto" w:fill="D9D9D9" w:themeFill="background1" w:themeFillShade="D9"/>
          </w:tcPr>
          <w:p w14:paraId="717B331C" w14:textId="636FB906"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2</w:t>
            </w:r>
          </w:p>
        </w:tc>
        <w:tc>
          <w:tcPr>
            <w:tcW w:w="629" w:type="dxa"/>
            <w:shd w:val="clear" w:color="auto" w:fill="D9D9D9" w:themeFill="background1" w:themeFillShade="D9"/>
          </w:tcPr>
          <w:p w14:paraId="20F5C73A" w14:textId="501A06C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3</w:t>
            </w:r>
          </w:p>
        </w:tc>
        <w:tc>
          <w:tcPr>
            <w:tcW w:w="628" w:type="dxa"/>
            <w:shd w:val="clear" w:color="auto" w:fill="D9D9D9" w:themeFill="background1" w:themeFillShade="D9"/>
          </w:tcPr>
          <w:p w14:paraId="062580DB" w14:textId="1182D3D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4</w:t>
            </w:r>
          </w:p>
        </w:tc>
        <w:tc>
          <w:tcPr>
            <w:tcW w:w="629" w:type="dxa"/>
            <w:shd w:val="clear" w:color="auto" w:fill="D9D9D9" w:themeFill="background1" w:themeFillShade="D9"/>
          </w:tcPr>
          <w:p w14:paraId="0FE8B6AB" w14:textId="6305A6E3"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5</w:t>
            </w:r>
          </w:p>
        </w:tc>
        <w:tc>
          <w:tcPr>
            <w:tcW w:w="628" w:type="dxa"/>
            <w:shd w:val="clear" w:color="auto" w:fill="D9D9D9" w:themeFill="background1" w:themeFillShade="D9"/>
          </w:tcPr>
          <w:p w14:paraId="0773F84A" w14:textId="6AE02CC0"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6</w:t>
            </w:r>
          </w:p>
        </w:tc>
        <w:tc>
          <w:tcPr>
            <w:tcW w:w="629" w:type="dxa"/>
            <w:shd w:val="clear" w:color="auto" w:fill="D9D9D9" w:themeFill="background1" w:themeFillShade="D9"/>
          </w:tcPr>
          <w:p w14:paraId="6DB4733E" w14:textId="3521BD3C"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7</w:t>
            </w:r>
          </w:p>
        </w:tc>
        <w:tc>
          <w:tcPr>
            <w:tcW w:w="628" w:type="dxa"/>
            <w:shd w:val="clear" w:color="auto" w:fill="D9D9D9" w:themeFill="background1" w:themeFillShade="D9"/>
          </w:tcPr>
          <w:p w14:paraId="0912ABFE" w14:textId="6A656775"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8</w:t>
            </w:r>
          </w:p>
        </w:tc>
        <w:tc>
          <w:tcPr>
            <w:tcW w:w="629" w:type="dxa"/>
            <w:shd w:val="clear" w:color="auto" w:fill="D9D9D9" w:themeFill="background1" w:themeFillShade="D9"/>
          </w:tcPr>
          <w:p w14:paraId="3EB60969" w14:textId="4F3EEA5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9</w:t>
            </w:r>
          </w:p>
        </w:tc>
        <w:tc>
          <w:tcPr>
            <w:tcW w:w="629" w:type="dxa"/>
            <w:shd w:val="clear" w:color="auto" w:fill="D9D9D9" w:themeFill="background1" w:themeFillShade="D9"/>
          </w:tcPr>
          <w:p w14:paraId="4095DCC9" w14:textId="0CD7D2A8"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10</w:t>
            </w:r>
          </w:p>
        </w:tc>
        <w:tc>
          <w:tcPr>
            <w:tcW w:w="630" w:type="dxa"/>
            <w:shd w:val="clear" w:color="auto" w:fill="D9D9D9" w:themeFill="background1" w:themeFillShade="D9"/>
          </w:tcPr>
          <w:p w14:paraId="6893CC98" w14:textId="335DEF58"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11</w:t>
            </w:r>
          </w:p>
        </w:tc>
        <w:tc>
          <w:tcPr>
            <w:tcW w:w="630" w:type="dxa"/>
            <w:shd w:val="clear" w:color="auto" w:fill="D9D9D9" w:themeFill="background1" w:themeFillShade="D9"/>
          </w:tcPr>
          <w:p w14:paraId="3F05B758" w14:textId="4EE3119D"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12</w:t>
            </w:r>
          </w:p>
        </w:tc>
        <w:tc>
          <w:tcPr>
            <w:tcW w:w="681" w:type="dxa"/>
            <w:shd w:val="clear" w:color="auto" w:fill="D9D9D9" w:themeFill="background1" w:themeFillShade="D9"/>
          </w:tcPr>
          <w:p w14:paraId="091CE00E" w14:textId="46A60AA2"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Total</w:t>
            </w:r>
          </w:p>
        </w:tc>
      </w:tr>
      <w:tr w:rsidR="00B31332" w:rsidRPr="00755CFD" w14:paraId="11F1A1BA" w14:textId="77777777" w:rsidTr="00B31332">
        <w:tc>
          <w:tcPr>
            <w:tcW w:w="629" w:type="dxa"/>
          </w:tcPr>
          <w:p w14:paraId="7DA3B625" w14:textId="77777777" w:rsidR="00B31332" w:rsidRPr="00755CFD" w:rsidRDefault="00B31332" w:rsidP="00190B5F">
            <w:pPr>
              <w:rPr>
                <w:rFonts w:cs="Times New Roman"/>
                <w:sz w:val="24"/>
                <w:szCs w:val="24"/>
              </w:rPr>
            </w:pPr>
          </w:p>
          <w:p w14:paraId="702AAB7D" w14:textId="77777777" w:rsidR="005F1277" w:rsidRPr="00755CFD" w:rsidRDefault="005F1277" w:rsidP="00190B5F">
            <w:pPr>
              <w:rPr>
                <w:rFonts w:cs="Times New Roman"/>
                <w:sz w:val="24"/>
                <w:szCs w:val="24"/>
              </w:rPr>
            </w:pPr>
          </w:p>
        </w:tc>
        <w:tc>
          <w:tcPr>
            <w:tcW w:w="629" w:type="dxa"/>
          </w:tcPr>
          <w:p w14:paraId="3001C93B" w14:textId="77777777" w:rsidR="00B31332" w:rsidRPr="00755CFD" w:rsidRDefault="00B31332" w:rsidP="00190B5F">
            <w:pPr>
              <w:rPr>
                <w:rFonts w:cs="Times New Roman"/>
                <w:sz w:val="24"/>
                <w:szCs w:val="24"/>
              </w:rPr>
            </w:pPr>
          </w:p>
        </w:tc>
        <w:tc>
          <w:tcPr>
            <w:tcW w:w="628" w:type="dxa"/>
          </w:tcPr>
          <w:p w14:paraId="4F91A8C9" w14:textId="77777777" w:rsidR="00B31332" w:rsidRPr="00755CFD" w:rsidRDefault="00B31332" w:rsidP="00190B5F">
            <w:pPr>
              <w:rPr>
                <w:rFonts w:cs="Times New Roman"/>
                <w:sz w:val="24"/>
                <w:szCs w:val="24"/>
              </w:rPr>
            </w:pPr>
          </w:p>
        </w:tc>
        <w:tc>
          <w:tcPr>
            <w:tcW w:w="629" w:type="dxa"/>
          </w:tcPr>
          <w:p w14:paraId="22050462" w14:textId="77777777" w:rsidR="00B31332" w:rsidRPr="00755CFD" w:rsidRDefault="00B31332" w:rsidP="00190B5F">
            <w:pPr>
              <w:rPr>
                <w:rFonts w:cs="Times New Roman"/>
                <w:sz w:val="24"/>
                <w:szCs w:val="24"/>
              </w:rPr>
            </w:pPr>
          </w:p>
        </w:tc>
        <w:tc>
          <w:tcPr>
            <w:tcW w:w="628" w:type="dxa"/>
          </w:tcPr>
          <w:p w14:paraId="3585E384" w14:textId="77777777" w:rsidR="00B31332" w:rsidRPr="00755CFD" w:rsidRDefault="00B31332" w:rsidP="00190B5F">
            <w:pPr>
              <w:rPr>
                <w:rFonts w:cs="Times New Roman"/>
                <w:sz w:val="24"/>
                <w:szCs w:val="24"/>
              </w:rPr>
            </w:pPr>
          </w:p>
        </w:tc>
        <w:tc>
          <w:tcPr>
            <w:tcW w:w="629" w:type="dxa"/>
          </w:tcPr>
          <w:p w14:paraId="6C761678" w14:textId="77777777" w:rsidR="00B31332" w:rsidRPr="00755CFD" w:rsidRDefault="00B31332" w:rsidP="00190B5F">
            <w:pPr>
              <w:rPr>
                <w:rFonts w:cs="Times New Roman"/>
                <w:sz w:val="24"/>
                <w:szCs w:val="24"/>
              </w:rPr>
            </w:pPr>
          </w:p>
        </w:tc>
        <w:tc>
          <w:tcPr>
            <w:tcW w:w="628" w:type="dxa"/>
          </w:tcPr>
          <w:p w14:paraId="0948D96E" w14:textId="77777777" w:rsidR="00B31332" w:rsidRPr="00755CFD" w:rsidRDefault="00B31332" w:rsidP="00190B5F">
            <w:pPr>
              <w:rPr>
                <w:rFonts w:cs="Times New Roman"/>
                <w:sz w:val="24"/>
                <w:szCs w:val="24"/>
              </w:rPr>
            </w:pPr>
          </w:p>
        </w:tc>
        <w:tc>
          <w:tcPr>
            <w:tcW w:w="629" w:type="dxa"/>
          </w:tcPr>
          <w:p w14:paraId="4ACA10B9" w14:textId="77777777" w:rsidR="00B31332" w:rsidRPr="00755CFD" w:rsidRDefault="00B31332" w:rsidP="00190B5F">
            <w:pPr>
              <w:rPr>
                <w:rFonts w:cs="Times New Roman"/>
                <w:sz w:val="24"/>
                <w:szCs w:val="24"/>
              </w:rPr>
            </w:pPr>
          </w:p>
        </w:tc>
        <w:tc>
          <w:tcPr>
            <w:tcW w:w="628" w:type="dxa"/>
          </w:tcPr>
          <w:p w14:paraId="44F07926" w14:textId="77777777" w:rsidR="00B31332" w:rsidRPr="00755CFD" w:rsidRDefault="00B31332" w:rsidP="00190B5F">
            <w:pPr>
              <w:rPr>
                <w:rFonts w:cs="Times New Roman"/>
                <w:sz w:val="24"/>
                <w:szCs w:val="24"/>
              </w:rPr>
            </w:pPr>
          </w:p>
        </w:tc>
        <w:tc>
          <w:tcPr>
            <w:tcW w:w="629" w:type="dxa"/>
          </w:tcPr>
          <w:p w14:paraId="58648EE1" w14:textId="77777777" w:rsidR="00B31332" w:rsidRPr="00755CFD" w:rsidRDefault="00B31332" w:rsidP="00190B5F">
            <w:pPr>
              <w:rPr>
                <w:rFonts w:cs="Times New Roman"/>
                <w:sz w:val="24"/>
                <w:szCs w:val="24"/>
              </w:rPr>
            </w:pPr>
          </w:p>
        </w:tc>
        <w:tc>
          <w:tcPr>
            <w:tcW w:w="629" w:type="dxa"/>
          </w:tcPr>
          <w:p w14:paraId="24CA330B" w14:textId="77777777" w:rsidR="00B31332" w:rsidRPr="00755CFD" w:rsidRDefault="00B31332" w:rsidP="00190B5F">
            <w:pPr>
              <w:rPr>
                <w:rFonts w:cs="Times New Roman"/>
                <w:sz w:val="24"/>
                <w:szCs w:val="24"/>
              </w:rPr>
            </w:pPr>
          </w:p>
        </w:tc>
        <w:tc>
          <w:tcPr>
            <w:tcW w:w="630" w:type="dxa"/>
          </w:tcPr>
          <w:p w14:paraId="7C14F6A6" w14:textId="77777777" w:rsidR="00B31332" w:rsidRPr="00755CFD" w:rsidRDefault="00B31332" w:rsidP="00190B5F">
            <w:pPr>
              <w:rPr>
                <w:rFonts w:cs="Times New Roman"/>
                <w:sz w:val="24"/>
                <w:szCs w:val="24"/>
              </w:rPr>
            </w:pPr>
          </w:p>
        </w:tc>
        <w:tc>
          <w:tcPr>
            <w:tcW w:w="630" w:type="dxa"/>
          </w:tcPr>
          <w:p w14:paraId="4B472D59" w14:textId="77777777" w:rsidR="00B31332" w:rsidRPr="00755CFD" w:rsidRDefault="00B31332" w:rsidP="00190B5F">
            <w:pPr>
              <w:rPr>
                <w:rFonts w:cs="Times New Roman"/>
                <w:sz w:val="24"/>
                <w:szCs w:val="24"/>
              </w:rPr>
            </w:pPr>
          </w:p>
        </w:tc>
        <w:tc>
          <w:tcPr>
            <w:tcW w:w="681" w:type="dxa"/>
          </w:tcPr>
          <w:p w14:paraId="04A390AB" w14:textId="77777777" w:rsidR="00B31332" w:rsidRPr="00755CFD" w:rsidRDefault="00B31332" w:rsidP="00190B5F">
            <w:pPr>
              <w:rPr>
                <w:rFonts w:cs="Times New Roman"/>
                <w:sz w:val="24"/>
                <w:szCs w:val="24"/>
              </w:rPr>
            </w:pPr>
          </w:p>
        </w:tc>
      </w:tr>
    </w:tbl>
    <w:p w14:paraId="6B54BBA0" w14:textId="77777777" w:rsidR="00755CFD" w:rsidRPr="00755CFD" w:rsidRDefault="00755CFD" w:rsidP="00190B5F">
      <w:pPr>
        <w:pStyle w:val="NoSpacing"/>
        <w:ind w:left="360"/>
        <w:rPr>
          <w:rFonts w:ascii="Times New Roman" w:hAnsi="Times New Roman" w:cs="Times New Roman"/>
          <w:sz w:val="24"/>
          <w:szCs w:val="24"/>
        </w:rPr>
      </w:pPr>
    </w:p>
    <w:p w14:paraId="52CEC8D6" w14:textId="4F181E71" w:rsidR="00B31332" w:rsidRPr="00755CFD" w:rsidRDefault="00E42EBC" w:rsidP="00AF60DA">
      <w:pPr>
        <w:pStyle w:val="NoSpacing"/>
        <w:rPr>
          <w:rFonts w:ascii="Times New Roman" w:hAnsi="Times New Roman" w:cs="Times New Roman"/>
          <w:sz w:val="24"/>
          <w:szCs w:val="24"/>
        </w:rPr>
      </w:pPr>
      <w:r w:rsidRPr="00755CFD">
        <w:rPr>
          <w:rFonts w:ascii="Times New Roman" w:hAnsi="Times New Roman" w:cs="Times New Roman"/>
          <w:sz w:val="24"/>
          <w:szCs w:val="24"/>
        </w:rPr>
        <w:t>Revised Enrollment</w:t>
      </w:r>
      <w:r w:rsidR="005F1277" w:rsidRPr="00755CFD">
        <w:rPr>
          <w:rFonts w:ascii="Times New Roman" w:hAnsi="Times New Roman" w:cs="Times New Roman"/>
          <w:sz w:val="24"/>
          <w:szCs w:val="24"/>
        </w:rPr>
        <w:t xml:space="preserve"> (if applicable)</w:t>
      </w:r>
      <w:r w:rsidRPr="00755CFD">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625"/>
        <w:gridCol w:w="626"/>
        <w:gridCol w:w="625"/>
        <w:gridCol w:w="626"/>
        <w:gridCol w:w="625"/>
        <w:gridCol w:w="626"/>
        <w:gridCol w:w="625"/>
        <w:gridCol w:w="626"/>
        <w:gridCol w:w="625"/>
        <w:gridCol w:w="626"/>
        <w:gridCol w:w="627"/>
        <w:gridCol w:w="628"/>
        <w:gridCol w:w="628"/>
        <w:gridCol w:w="763"/>
      </w:tblGrid>
      <w:tr w:rsidR="001912C1" w:rsidRPr="00755CFD" w14:paraId="7D4B72BA" w14:textId="77777777" w:rsidTr="00513B91">
        <w:tc>
          <w:tcPr>
            <w:tcW w:w="625" w:type="dxa"/>
            <w:shd w:val="clear" w:color="auto" w:fill="D9D9D9" w:themeFill="background1" w:themeFillShade="D9"/>
          </w:tcPr>
          <w:p w14:paraId="61FBA410"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K</w:t>
            </w:r>
          </w:p>
        </w:tc>
        <w:tc>
          <w:tcPr>
            <w:tcW w:w="626" w:type="dxa"/>
            <w:shd w:val="clear" w:color="auto" w:fill="D9D9D9" w:themeFill="background1" w:themeFillShade="D9"/>
          </w:tcPr>
          <w:p w14:paraId="0DD1F05A"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w:t>
            </w:r>
          </w:p>
        </w:tc>
        <w:tc>
          <w:tcPr>
            <w:tcW w:w="625" w:type="dxa"/>
            <w:shd w:val="clear" w:color="auto" w:fill="D9D9D9" w:themeFill="background1" w:themeFillShade="D9"/>
          </w:tcPr>
          <w:p w14:paraId="49FE6DCF"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2</w:t>
            </w:r>
          </w:p>
        </w:tc>
        <w:tc>
          <w:tcPr>
            <w:tcW w:w="626" w:type="dxa"/>
            <w:shd w:val="clear" w:color="auto" w:fill="D9D9D9" w:themeFill="background1" w:themeFillShade="D9"/>
          </w:tcPr>
          <w:p w14:paraId="40C7721F"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3</w:t>
            </w:r>
          </w:p>
        </w:tc>
        <w:tc>
          <w:tcPr>
            <w:tcW w:w="625" w:type="dxa"/>
            <w:shd w:val="clear" w:color="auto" w:fill="D9D9D9" w:themeFill="background1" w:themeFillShade="D9"/>
          </w:tcPr>
          <w:p w14:paraId="3E71D386"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4</w:t>
            </w:r>
          </w:p>
        </w:tc>
        <w:tc>
          <w:tcPr>
            <w:tcW w:w="626" w:type="dxa"/>
            <w:shd w:val="clear" w:color="auto" w:fill="D9D9D9" w:themeFill="background1" w:themeFillShade="D9"/>
          </w:tcPr>
          <w:p w14:paraId="2FCC815D"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5</w:t>
            </w:r>
          </w:p>
        </w:tc>
        <w:tc>
          <w:tcPr>
            <w:tcW w:w="625" w:type="dxa"/>
            <w:shd w:val="clear" w:color="auto" w:fill="D9D9D9" w:themeFill="background1" w:themeFillShade="D9"/>
          </w:tcPr>
          <w:p w14:paraId="538BA3C7"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6</w:t>
            </w:r>
          </w:p>
        </w:tc>
        <w:tc>
          <w:tcPr>
            <w:tcW w:w="626" w:type="dxa"/>
            <w:shd w:val="clear" w:color="auto" w:fill="D9D9D9" w:themeFill="background1" w:themeFillShade="D9"/>
          </w:tcPr>
          <w:p w14:paraId="2F16DEB6"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7</w:t>
            </w:r>
          </w:p>
        </w:tc>
        <w:tc>
          <w:tcPr>
            <w:tcW w:w="625" w:type="dxa"/>
            <w:shd w:val="clear" w:color="auto" w:fill="D9D9D9" w:themeFill="background1" w:themeFillShade="D9"/>
          </w:tcPr>
          <w:p w14:paraId="1B6AC8A8"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8</w:t>
            </w:r>
          </w:p>
        </w:tc>
        <w:tc>
          <w:tcPr>
            <w:tcW w:w="626" w:type="dxa"/>
            <w:shd w:val="clear" w:color="auto" w:fill="D9D9D9" w:themeFill="background1" w:themeFillShade="D9"/>
          </w:tcPr>
          <w:p w14:paraId="6AA09505"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9</w:t>
            </w:r>
          </w:p>
        </w:tc>
        <w:tc>
          <w:tcPr>
            <w:tcW w:w="627" w:type="dxa"/>
            <w:shd w:val="clear" w:color="auto" w:fill="D9D9D9" w:themeFill="background1" w:themeFillShade="D9"/>
          </w:tcPr>
          <w:p w14:paraId="2D81BF4D"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10</w:t>
            </w:r>
          </w:p>
        </w:tc>
        <w:tc>
          <w:tcPr>
            <w:tcW w:w="628" w:type="dxa"/>
            <w:shd w:val="clear" w:color="auto" w:fill="D9D9D9" w:themeFill="background1" w:themeFillShade="D9"/>
          </w:tcPr>
          <w:p w14:paraId="6594C8AF"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11</w:t>
            </w:r>
          </w:p>
        </w:tc>
        <w:tc>
          <w:tcPr>
            <w:tcW w:w="628" w:type="dxa"/>
            <w:shd w:val="clear" w:color="auto" w:fill="D9D9D9" w:themeFill="background1" w:themeFillShade="D9"/>
          </w:tcPr>
          <w:p w14:paraId="17E3C801"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12</w:t>
            </w:r>
          </w:p>
        </w:tc>
        <w:tc>
          <w:tcPr>
            <w:tcW w:w="718" w:type="dxa"/>
            <w:shd w:val="clear" w:color="auto" w:fill="D9D9D9" w:themeFill="background1" w:themeFillShade="D9"/>
          </w:tcPr>
          <w:p w14:paraId="187C8D75" w14:textId="77777777" w:rsidR="00B31332" w:rsidRPr="00755CFD" w:rsidRDefault="00B31332" w:rsidP="00190B5F">
            <w:pPr>
              <w:pStyle w:val="NoSpacing"/>
              <w:rPr>
                <w:rFonts w:ascii="Times New Roman" w:hAnsi="Times New Roman" w:cs="Times New Roman"/>
                <w:b/>
                <w:bCs/>
                <w:sz w:val="24"/>
                <w:szCs w:val="24"/>
              </w:rPr>
            </w:pPr>
            <w:r w:rsidRPr="00755CFD">
              <w:rPr>
                <w:rFonts w:ascii="Times New Roman" w:hAnsi="Times New Roman" w:cs="Times New Roman"/>
                <w:b/>
                <w:bCs/>
                <w:sz w:val="24"/>
                <w:szCs w:val="24"/>
              </w:rPr>
              <w:t>Total</w:t>
            </w:r>
          </w:p>
        </w:tc>
      </w:tr>
      <w:tr w:rsidR="00B31332" w:rsidRPr="00755CFD" w14:paraId="311E5E5E" w14:textId="77777777" w:rsidTr="00513B91">
        <w:tc>
          <w:tcPr>
            <w:tcW w:w="625" w:type="dxa"/>
          </w:tcPr>
          <w:p w14:paraId="7F96E33C" w14:textId="77777777" w:rsidR="00B31332" w:rsidRPr="00755CFD" w:rsidRDefault="00B31332" w:rsidP="00190B5F">
            <w:pPr>
              <w:rPr>
                <w:rFonts w:cs="Times New Roman"/>
                <w:sz w:val="24"/>
                <w:szCs w:val="24"/>
              </w:rPr>
            </w:pPr>
          </w:p>
          <w:p w14:paraId="527D56BC" w14:textId="77777777" w:rsidR="005F1277" w:rsidRPr="00755CFD" w:rsidRDefault="005F1277" w:rsidP="00190B5F">
            <w:pPr>
              <w:rPr>
                <w:rFonts w:cs="Times New Roman"/>
                <w:sz w:val="24"/>
                <w:szCs w:val="24"/>
              </w:rPr>
            </w:pPr>
          </w:p>
        </w:tc>
        <w:tc>
          <w:tcPr>
            <w:tcW w:w="626" w:type="dxa"/>
          </w:tcPr>
          <w:p w14:paraId="2D754C3B" w14:textId="77777777" w:rsidR="00B31332" w:rsidRPr="00755CFD" w:rsidRDefault="00B31332" w:rsidP="00190B5F">
            <w:pPr>
              <w:rPr>
                <w:rFonts w:cs="Times New Roman"/>
                <w:sz w:val="24"/>
                <w:szCs w:val="24"/>
              </w:rPr>
            </w:pPr>
          </w:p>
        </w:tc>
        <w:tc>
          <w:tcPr>
            <w:tcW w:w="625" w:type="dxa"/>
          </w:tcPr>
          <w:p w14:paraId="07FA366C" w14:textId="77777777" w:rsidR="00B31332" w:rsidRPr="00755CFD" w:rsidRDefault="00B31332" w:rsidP="00190B5F">
            <w:pPr>
              <w:rPr>
                <w:rFonts w:cs="Times New Roman"/>
                <w:sz w:val="24"/>
                <w:szCs w:val="24"/>
              </w:rPr>
            </w:pPr>
          </w:p>
        </w:tc>
        <w:tc>
          <w:tcPr>
            <w:tcW w:w="626" w:type="dxa"/>
          </w:tcPr>
          <w:p w14:paraId="25068F8C" w14:textId="77777777" w:rsidR="00B31332" w:rsidRPr="00755CFD" w:rsidRDefault="00B31332" w:rsidP="00190B5F">
            <w:pPr>
              <w:rPr>
                <w:rFonts w:cs="Times New Roman"/>
                <w:sz w:val="24"/>
                <w:szCs w:val="24"/>
              </w:rPr>
            </w:pPr>
          </w:p>
        </w:tc>
        <w:tc>
          <w:tcPr>
            <w:tcW w:w="625" w:type="dxa"/>
          </w:tcPr>
          <w:p w14:paraId="07BDBE30" w14:textId="77777777" w:rsidR="00B31332" w:rsidRPr="00755CFD" w:rsidRDefault="00B31332" w:rsidP="00190B5F">
            <w:pPr>
              <w:rPr>
                <w:rFonts w:cs="Times New Roman"/>
                <w:sz w:val="24"/>
                <w:szCs w:val="24"/>
              </w:rPr>
            </w:pPr>
          </w:p>
        </w:tc>
        <w:tc>
          <w:tcPr>
            <w:tcW w:w="626" w:type="dxa"/>
          </w:tcPr>
          <w:p w14:paraId="1535E020" w14:textId="77777777" w:rsidR="00B31332" w:rsidRPr="00755CFD" w:rsidRDefault="00B31332" w:rsidP="00190B5F">
            <w:pPr>
              <w:rPr>
                <w:rFonts w:cs="Times New Roman"/>
                <w:sz w:val="24"/>
                <w:szCs w:val="24"/>
              </w:rPr>
            </w:pPr>
          </w:p>
        </w:tc>
        <w:tc>
          <w:tcPr>
            <w:tcW w:w="625" w:type="dxa"/>
          </w:tcPr>
          <w:p w14:paraId="4EE3F74D" w14:textId="77777777" w:rsidR="00B31332" w:rsidRPr="00755CFD" w:rsidRDefault="00B31332" w:rsidP="00190B5F">
            <w:pPr>
              <w:rPr>
                <w:rFonts w:cs="Times New Roman"/>
                <w:sz w:val="24"/>
                <w:szCs w:val="24"/>
              </w:rPr>
            </w:pPr>
          </w:p>
        </w:tc>
        <w:tc>
          <w:tcPr>
            <w:tcW w:w="626" w:type="dxa"/>
          </w:tcPr>
          <w:p w14:paraId="1A933059" w14:textId="77777777" w:rsidR="00B31332" w:rsidRPr="00755CFD" w:rsidRDefault="00B31332" w:rsidP="00190B5F">
            <w:pPr>
              <w:rPr>
                <w:rFonts w:cs="Times New Roman"/>
                <w:sz w:val="24"/>
                <w:szCs w:val="24"/>
              </w:rPr>
            </w:pPr>
          </w:p>
        </w:tc>
        <w:tc>
          <w:tcPr>
            <w:tcW w:w="625" w:type="dxa"/>
          </w:tcPr>
          <w:p w14:paraId="1BB284FA" w14:textId="77777777" w:rsidR="00B31332" w:rsidRPr="00755CFD" w:rsidRDefault="00B31332" w:rsidP="00190B5F">
            <w:pPr>
              <w:rPr>
                <w:rFonts w:cs="Times New Roman"/>
                <w:sz w:val="24"/>
                <w:szCs w:val="24"/>
              </w:rPr>
            </w:pPr>
          </w:p>
        </w:tc>
        <w:tc>
          <w:tcPr>
            <w:tcW w:w="626" w:type="dxa"/>
          </w:tcPr>
          <w:p w14:paraId="2AA4189A" w14:textId="77777777" w:rsidR="00B31332" w:rsidRPr="00755CFD" w:rsidRDefault="00B31332" w:rsidP="00190B5F">
            <w:pPr>
              <w:rPr>
                <w:rFonts w:cs="Times New Roman"/>
                <w:sz w:val="24"/>
                <w:szCs w:val="24"/>
              </w:rPr>
            </w:pPr>
          </w:p>
        </w:tc>
        <w:tc>
          <w:tcPr>
            <w:tcW w:w="627" w:type="dxa"/>
          </w:tcPr>
          <w:p w14:paraId="7450A51B" w14:textId="77777777" w:rsidR="00B31332" w:rsidRPr="00755CFD" w:rsidRDefault="00B31332" w:rsidP="00190B5F">
            <w:pPr>
              <w:rPr>
                <w:rFonts w:cs="Times New Roman"/>
                <w:sz w:val="24"/>
                <w:szCs w:val="24"/>
              </w:rPr>
            </w:pPr>
          </w:p>
        </w:tc>
        <w:tc>
          <w:tcPr>
            <w:tcW w:w="628" w:type="dxa"/>
          </w:tcPr>
          <w:p w14:paraId="54DB02DB" w14:textId="77777777" w:rsidR="00B31332" w:rsidRPr="00755CFD" w:rsidRDefault="00B31332" w:rsidP="00190B5F">
            <w:pPr>
              <w:rPr>
                <w:rFonts w:cs="Times New Roman"/>
                <w:sz w:val="24"/>
                <w:szCs w:val="24"/>
              </w:rPr>
            </w:pPr>
          </w:p>
        </w:tc>
        <w:tc>
          <w:tcPr>
            <w:tcW w:w="628" w:type="dxa"/>
          </w:tcPr>
          <w:p w14:paraId="710963BF" w14:textId="77777777" w:rsidR="00B31332" w:rsidRPr="00755CFD" w:rsidRDefault="00B31332" w:rsidP="00190B5F">
            <w:pPr>
              <w:rPr>
                <w:rFonts w:cs="Times New Roman"/>
                <w:sz w:val="24"/>
                <w:szCs w:val="24"/>
              </w:rPr>
            </w:pPr>
          </w:p>
        </w:tc>
        <w:tc>
          <w:tcPr>
            <w:tcW w:w="718" w:type="dxa"/>
          </w:tcPr>
          <w:p w14:paraId="10448E93" w14:textId="77777777" w:rsidR="00B31332" w:rsidRPr="00755CFD" w:rsidRDefault="00B31332" w:rsidP="00190B5F">
            <w:pPr>
              <w:rPr>
                <w:rFonts w:cs="Times New Roman"/>
                <w:sz w:val="24"/>
                <w:szCs w:val="24"/>
              </w:rPr>
            </w:pPr>
          </w:p>
        </w:tc>
      </w:tr>
    </w:tbl>
    <w:p w14:paraId="3FF56BE0" w14:textId="6029A3AF" w:rsidR="00097CFD" w:rsidRPr="00755CFD" w:rsidRDefault="00513B91" w:rsidP="007B75C6">
      <w:pPr>
        <w:spacing w:before="120" w:after="0"/>
        <w:rPr>
          <w:rFonts w:cs="Times New Roman"/>
          <w:sz w:val="24"/>
          <w:szCs w:val="24"/>
        </w:rPr>
      </w:pPr>
      <w:r w:rsidRPr="00755CFD">
        <w:rPr>
          <w:rFonts w:cs="Times New Roman"/>
          <w:sz w:val="24"/>
          <w:szCs w:val="24"/>
        </w:rPr>
        <w:t>Please explain how this will impact your ANB</w:t>
      </w:r>
      <w:r w:rsidR="00E42EBC" w:rsidRPr="00755CFD">
        <w:rPr>
          <w:rFonts w:cs="Times New Roman"/>
          <w:sz w:val="24"/>
          <w:szCs w:val="24"/>
        </w:rPr>
        <w:t>:</w:t>
      </w:r>
      <w:r w:rsidR="00B31332" w:rsidRPr="00755CFD">
        <w:rPr>
          <w:rFonts w:cs="Times New Roman"/>
          <w:sz w:val="24"/>
          <w:szCs w:val="24"/>
        </w:rPr>
        <w:t xml:space="preserve"> </w:t>
      </w:r>
      <w:sdt>
        <w:sdtPr>
          <w:rPr>
            <w:rFonts w:cs="Times New Roman"/>
            <w:sz w:val="24"/>
            <w:szCs w:val="24"/>
          </w:rPr>
          <w:id w:val="1307283963"/>
          <w:placeholder>
            <w:docPart w:val="7677CCCA143F45AB884128C138647AB5"/>
          </w:placeholder>
          <w:showingPlcHdr/>
        </w:sdtPr>
        <w:sdtEndPr/>
        <w:sdtContent>
          <w:r w:rsidR="00B31332" w:rsidRPr="00755CFD">
            <w:rPr>
              <w:rStyle w:val="PlaceholderText"/>
              <w:rFonts w:cs="Times New Roman"/>
              <w:sz w:val="24"/>
              <w:szCs w:val="24"/>
            </w:rPr>
            <w:t>Click or tap here to enter text.</w:t>
          </w:r>
        </w:sdtContent>
      </w:sdt>
    </w:p>
    <w:p w14:paraId="65E108FE" w14:textId="77777777" w:rsidR="00190B5F" w:rsidRDefault="00190B5F" w:rsidP="00190B5F">
      <w:pPr>
        <w:pStyle w:val="ListParagraph"/>
        <w:spacing w:after="0" w:line="240" w:lineRule="auto"/>
        <w:ind w:left="360"/>
        <w:rPr>
          <w:rFonts w:cs="Times New Roman"/>
          <w:sz w:val="24"/>
          <w:szCs w:val="24"/>
        </w:rPr>
      </w:pPr>
    </w:p>
    <w:p w14:paraId="33AFC3EA" w14:textId="77777777" w:rsidR="00F75205" w:rsidRDefault="00F75205" w:rsidP="00731169">
      <w:pPr>
        <w:pStyle w:val="ListParagraph"/>
        <w:spacing w:after="0"/>
        <w:ind w:left="360"/>
        <w:rPr>
          <w:rFonts w:cs="Times New Roman"/>
          <w:b/>
          <w:bCs/>
          <w:sz w:val="24"/>
          <w:szCs w:val="24"/>
        </w:rPr>
        <w:sectPr w:rsidR="00F75205" w:rsidSect="00F75205">
          <w:footerReference w:type="default" r:id="rId9"/>
          <w:pgSz w:w="12240" w:h="15840"/>
          <w:pgMar w:top="1440" w:right="1080" w:bottom="1440" w:left="1080" w:header="0" w:footer="288" w:gutter="0"/>
          <w:cols w:space="720"/>
          <w:docGrid w:linePitch="360"/>
        </w:sectPr>
      </w:pPr>
    </w:p>
    <w:p w14:paraId="6EA91B2D" w14:textId="6035446E" w:rsidR="00731169" w:rsidRPr="00F75205" w:rsidRDefault="00F75205" w:rsidP="00731169">
      <w:pPr>
        <w:pStyle w:val="ListParagraph"/>
        <w:spacing w:after="0"/>
        <w:ind w:left="360"/>
        <w:rPr>
          <w:rFonts w:cs="Times New Roman"/>
          <w:sz w:val="24"/>
          <w:szCs w:val="24"/>
        </w:rPr>
      </w:pPr>
      <w:r>
        <w:rPr>
          <w:rFonts w:cs="Times New Roman"/>
          <w:b/>
          <w:bCs/>
          <w:sz w:val="24"/>
          <w:szCs w:val="24"/>
        </w:rPr>
        <w:lastRenderedPageBreak/>
        <w:t>A</w:t>
      </w:r>
      <w:r w:rsidR="00731169" w:rsidRPr="00F75205">
        <w:rPr>
          <w:rFonts w:cs="Times New Roman"/>
          <w:b/>
          <w:bCs/>
          <w:sz w:val="24"/>
          <w:szCs w:val="24"/>
        </w:rPr>
        <w:t>dditional Operational Impacts:</w:t>
      </w:r>
      <w:r w:rsidR="00731169" w:rsidRPr="00F75205">
        <w:rPr>
          <w:rFonts w:cs="Times New Roman"/>
          <w:sz w:val="24"/>
          <w:szCs w:val="24"/>
        </w:rPr>
        <w:t xml:space="preserve"> Check all that apply:</w:t>
      </w:r>
    </w:p>
    <w:p w14:paraId="688483F5" w14:textId="14C59894" w:rsidR="00731169" w:rsidRPr="00F75205" w:rsidRDefault="003E54D5" w:rsidP="00731169">
      <w:pPr>
        <w:pStyle w:val="ListParagraph"/>
        <w:spacing w:after="0"/>
        <w:ind w:left="360"/>
        <w:rPr>
          <w:rFonts w:cs="Times New Roman"/>
          <w:sz w:val="24"/>
          <w:szCs w:val="24"/>
        </w:rPr>
      </w:pPr>
      <w:sdt>
        <w:sdtPr>
          <w:rPr>
            <w:rFonts w:cs="Times New Roman"/>
            <w:sz w:val="24"/>
            <w:szCs w:val="24"/>
          </w:rPr>
          <w:id w:val="1928926085"/>
          <w14:checkbox>
            <w14:checked w14:val="0"/>
            <w14:checkedState w14:val="2612" w14:font="MS Gothic"/>
            <w14:uncheckedState w14:val="2610" w14:font="MS Gothic"/>
          </w14:checkbox>
        </w:sdtPr>
        <w:sdtEndPr/>
        <w:sdtContent>
          <w:r w:rsidR="00731169" w:rsidRPr="00F75205">
            <w:rPr>
              <w:rFonts w:ascii="MS Gothic" w:eastAsia="MS Gothic" w:hAnsi="MS Gothic" w:cs="Times New Roman" w:hint="eastAsia"/>
              <w:sz w:val="24"/>
              <w:szCs w:val="24"/>
            </w:rPr>
            <w:t>☐</w:t>
          </w:r>
        </w:sdtContent>
      </w:sdt>
      <w:r w:rsidR="00731169" w:rsidRPr="00F75205">
        <w:rPr>
          <w:rFonts w:cs="Times New Roman"/>
          <w:sz w:val="24"/>
          <w:szCs w:val="24"/>
        </w:rPr>
        <w:t xml:space="preserve"> Staffing changes</w:t>
      </w:r>
      <w:r w:rsidR="00731169" w:rsidRPr="00F75205">
        <w:rPr>
          <w:rFonts w:cs="Times New Roman"/>
          <w:sz w:val="24"/>
          <w:szCs w:val="24"/>
        </w:rPr>
        <w:br/>
      </w:r>
      <w:sdt>
        <w:sdtPr>
          <w:rPr>
            <w:rFonts w:cs="Times New Roman"/>
            <w:sz w:val="24"/>
            <w:szCs w:val="24"/>
          </w:rPr>
          <w:id w:val="-1507973547"/>
          <w14:checkbox>
            <w14:checked w14:val="0"/>
            <w14:checkedState w14:val="2612" w14:font="MS Gothic"/>
            <w14:uncheckedState w14:val="2610" w14:font="MS Gothic"/>
          </w14:checkbox>
        </w:sdtPr>
        <w:sdtEndPr/>
        <w:sdtContent>
          <w:r w:rsidR="00731169" w:rsidRPr="00F75205">
            <w:rPr>
              <w:rFonts w:ascii="MS Gothic" w:eastAsia="MS Gothic" w:hAnsi="MS Gothic" w:cs="Times New Roman" w:hint="eastAsia"/>
              <w:sz w:val="24"/>
              <w:szCs w:val="24"/>
            </w:rPr>
            <w:t>☐</w:t>
          </w:r>
        </w:sdtContent>
      </w:sdt>
      <w:r w:rsidR="00731169" w:rsidRPr="00F75205">
        <w:rPr>
          <w:rFonts w:cs="Times New Roman"/>
          <w:sz w:val="24"/>
          <w:szCs w:val="24"/>
        </w:rPr>
        <w:t xml:space="preserve"> Budget revision required</w:t>
      </w:r>
      <w:r w:rsidR="00731169" w:rsidRPr="00F75205">
        <w:rPr>
          <w:rFonts w:cs="Times New Roman"/>
          <w:sz w:val="24"/>
          <w:szCs w:val="24"/>
        </w:rPr>
        <w:br/>
      </w:r>
      <w:sdt>
        <w:sdtPr>
          <w:rPr>
            <w:rFonts w:cs="Times New Roman"/>
            <w:sz w:val="24"/>
            <w:szCs w:val="24"/>
          </w:rPr>
          <w:id w:val="-2142022241"/>
          <w14:checkbox>
            <w14:checked w14:val="0"/>
            <w14:checkedState w14:val="2612" w14:font="MS Gothic"/>
            <w14:uncheckedState w14:val="2610" w14:font="MS Gothic"/>
          </w14:checkbox>
        </w:sdtPr>
        <w:sdtEndPr/>
        <w:sdtContent>
          <w:r w:rsidR="00731169" w:rsidRPr="00F75205">
            <w:rPr>
              <w:rFonts w:ascii="MS Gothic" w:eastAsia="MS Gothic" w:hAnsi="MS Gothic" w:cs="Times New Roman" w:hint="eastAsia"/>
              <w:sz w:val="24"/>
              <w:szCs w:val="24"/>
            </w:rPr>
            <w:t>☐</w:t>
          </w:r>
        </w:sdtContent>
      </w:sdt>
      <w:r w:rsidR="00731169" w:rsidRPr="00F75205">
        <w:rPr>
          <w:rFonts w:cs="Times New Roman"/>
          <w:sz w:val="24"/>
          <w:szCs w:val="24"/>
        </w:rPr>
        <w:t xml:space="preserve"> Student transportation changes</w:t>
      </w:r>
      <w:r w:rsidR="00731169" w:rsidRPr="00F75205">
        <w:rPr>
          <w:rFonts w:cs="Times New Roman"/>
          <w:sz w:val="24"/>
          <w:szCs w:val="24"/>
        </w:rPr>
        <w:br/>
      </w:r>
      <w:sdt>
        <w:sdtPr>
          <w:rPr>
            <w:rFonts w:cs="Times New Roman"/>
            <w:sz w:val="24"/>
            <w:szCs w:val="24"/>
          </w:rPr>
          <w:id w:val="-405528791"/>
          <w14:checkbox>
            <w14:checked w14:val="0"/>
            <w14:checkedState w14:val="2612" w14:font="MS Gothic"/>
            <w14:uncheckedState w14:val="2610" w14:font="MS Gothic"/>
          </w14:checkbox>
        </w:sdtPr>
        <w:sdtEndPr/>
        <w:sdtContent>
          <w:r w:rsidR="00731169" w:rsidRPr="00F75205">
            <w:rPr>
              <w:rFonts w:ascii="MS Gothic" w:eastAsia="MS Gothic" w:hAnsi="MS Gothic" w:cs="Times New Roman" w:hint="eastAsia"/>
              <w:sz w:val="24"/>
              <w:szCs w:val="24"/>
            </w:rPr>
            <w:t>☐</w:t>
          </w:r>
        </w:sdtContent>
      </w:sdt>
      <w:r w:rsidR="00731169" w:rsidRPr="00F75205">
        <w:rPr>
          <w:rFonts w:cs="Times New Roman"/>
          <w:sz w:val="24"/>
          <w:szCs w:val="24"/>
        </w:rPr>
        <w:t xml:space="preserve"> Facility changes</w:t>
      </w:r>
    </w:p>
    <w:p w14:paraId="787C75BA" w14:textId="11D93142" w:rsidR="00896BEE" w:rsidRPr="00F75205" w:rsidRDefault="003E54D5" w:rsidP="00731169">
      <w:pPr>
        <w:pStyle w:val="ListParagraph"/>
        <w:spacing w:after="0"/>
        <w:ind w:left="360"/>
        <w:rPr>
          <w:rFonts w:cs="Times New Roman"/>
          <w:sz w:val="24"/>
          <w:szCs w:val="24"/>
        </w:rPr>
      </w:pPr>
      <w:sdt>
        <w:sdtPr>
          <w:rPr>
            <w:rFonts w:cs="Times New Roman"/>
            <w:sz w:val="24"/>
            <w:szCs w:val="24"/>
          </w:rPr>
          <w:id w:val="1337260762"/>
          <w14:checkbox>
            <w14:checked w14:val="0"/>
            <w14:checkedState w14:val="2612" w14:font="MS Gothic"/>
            <w14:uncheckedState w14:val="2610" w14:font="MS Gothic"/>
          </w14:checkbox>
        </w:sdtPr>
        <w:sdtEndPr/>
        <w:sdtContent>
          <w:r w:rsidR="00896BEE" w:rsidRPr="00F75205">
            <w:rPr>
              <w:rFonts w:ascii="MS Gothic" w:eastAsia="MS Gothic" w:hAnsi="MS Gothic" w:cs="Times New Roman" w:hint="eastAsia"/>
              <w:sz w:val="24"/>
              <w:szCs w:val="24"/>
            </w:rPr>
            <w:t>☐</w:t>
          </w:r>
        </w:sdtContent>
      </w:sdt>
      <w:r w:rsidR="00731169" w:rsidRPr="00F75205">
        <w:rPr>
          <w:rFonts w:cs="Times New Roman"/>
          <w:sz w:val="24"/>
          <w:szCs w:val="24"/>
        </w:rPr>
        <w:t xml:space="preserve"> Other</w:t>
      </w:r>
      <w:r w:rsidR="00896BEE" w:rsidRPr="00F75205">
        <w:rPr>
          <w:rFonts w:cs="Times New Roman"/>
          <w:sz w:val="24"/>
          <w:szCs w:val="24"/>
        </w:rPr>
        <w:t xml:space="preserve"> (describe below)</w:t>
      </w:r>
    </w:p>
    <w:p w14:paraId="3EB797D9" w14:textId="1EB5CA66" w:rsidR="00731169" w:rsidRPr="00F75205" w:rsidRDefault="00896BEE" w:rsidP="00731169">
      <w:pPr>
        <w:pStyle w:val="ListParagraph"/>
        <w:spacing w:after="0"/>
        <w:ind w:left="360"/>
        <w:rPr>
          <w:rFonts w:cs="Times New Roman"/>
          <w:sz w:val="24"/>
          <w:szCs w:val="24"/>
        </w:rPr>
      </w:pPr>
      <w:r w:rsidRPr="00F75205">
        <w:rPr>
          <w:rFonts w:cs="Times New Roman"/>
          <w:sz w:val="24"/>
          <w:szCs w:val="24"/>
        </w:rPr>
        <w:t xml:space="preserve"> </w:t>
      </w:r>
      <w:sdt>
        <w:sdtPr>
          <w:rPr>
            <w:rFonts w:cs="Times New Roman"/>
            <w:sz w:val="24"/>
            <w:szCs w:val="24"/>
          </w:rPr>
          <w:id w:val="1987508236"/>
          <w:placeholder>
            <w:docPart w:val="180B20DA6EBC4C458B506221A0A9F046"/>
          </w:placeholder>
          <w:showingPlcHdr/>
        </w:sdtPr>
        <w:sdtEndPr/>
        <w:sdtContent>
          <w:r w:rsidRPr="00F75205">
            <w:rPr>
              <w:rStyle w:val="PlaceholderText"/>
              <w:color w:val="auto"/>
            </w:rPr>
            <w:t>Click or tap here to enter text.</w:t>
          </w:r>
        </w:sdtContent>
      </w:sdt>
    </w:p>
    <w:p w14:paraId="5CFDE46C" w14:textId="45369849" w:rsidR="00731169" w:rsidRPr="00F75205" w:rsidRDefault="003E54D5" w:rsidP="00731169">
      <w:pPr>
        <w:pStyle w:val="ListParagraph"/>
        <w:spacing w:after="0"/>
        <w:ind w:left="360"/>
        <w:rPr>
          <w:rFonts w:cs="Times New Roman"/>
          <w:sz w:val="24"/>
          <w:szCs w:val="24"/>
        </w:rPr>
      </w:pPr>
      <w:sdt>
        <w:sdtPr>
          <w:rPr>
            <w:rFonts w:cs="Times New Roman"/>
            <w:sz w:val="24"/>
            <w:szCs w:val="24"/>
          </w:rPr>
          <w:id w:val="1366175702"/>
          <w14:checkbox>
            <w14:checked w14:val="0"/>
            <w14:checkedState w14:val="2612" w14:font="MS Gothic"/>
            <w14:uncheckedState w14:val="2610" w14:font="MS Gothic"/>
          </w14:checkbox>
        </w:sdtPr>
        <w:sdtEndPr/>
        <w:sdtContent>
          <w:r w:rsidR="00896BEE" w:rsidRPr="00F75205">
            <w:rPr>
              <w:rFonts w:ascii="MS Gothic" w:eastAsia="MS Gothic" w:hAnsi="MS Gothic" w:cs="Times New Roman" w:hint="eastAsia"/>
              <w:sz w:val="24"/>
              <w:szCs w:val="24"/>
            </w:rPr>
            <w:t>☐</w:t>
          </w:r>
        </w:sdtContent>
      </w:sdt>
      <w:r w:rsidR="00896BEE" w:rsidRPr="00F75205">
        <w:rPr>
          <w:rFonts w:cs="Times New Roman"/>
          <w:sz w:val="24"/>
          <w:szCs w:val="24"/>
        </w:rPr>
        <w:t xml:space="preserve"> No additional operational impacts</w:t>
      </w:r>
    </w:p>
    <w:p w14:paraId="6985A2DC" w14:textId="77777777" w:rsidR="00896BEE" w:rsidRPr="00731169" w:rsidRDefault="00896BEE" w:rsidP="00731169">
      <w:pPr>
        <w:pStyle w:val="ListParagraph"/>
        <w:spacing w:after="0"/>
        <w:ind w:left="360"/>
        <w:rPr>
          <w:rFonts w:cs="Times New Roman"/>
          <w:color w:val="FF0000"/>
          <w:sz w:val="24"/>
          <w:szCs w:val="24"/>
        </w:rPr>
      </w:pPr>
    </w:p>
    <w:p w14:paraId="3EC73C86" w14:textId="14125A99" w:rsidR="00731169" w:rsidRPr="00F75205" w:rsidRDefault="00896BEE" w:rsidP="00731169">
      <w:pPr>
        <w:pStyle w:val="ListParagraph"/>
        <w:spacing w:after="0"/>
        <w:ind w:left="360"/>
        <w:rPr>
          <w:rFonts w:cs="Times New Roman"/>
          <w:sz w:val="24"/>
          <w:szCs w:val="24"/>
        </w:rPr>
      </w:pPr>
      <w:r w:rsidRPr="00F75205">
        <w:rPr>
          <w:rFonts w:cs="Times New Roman"/>
          <w:b/>
          <w:bCs/>
          <w:sz w:val="24"/>
          <w:szCs w:val="24"/>
        </w:rPr>
        <w:t xml:space="preserve">Describe the operational impacts of the proposed amendment, including any anticipated effects on staffing, budget, transportation, facilities, or other school operations. </w:t>
      </w:r>
      <w:sdt>
        <w:sdtPr>
          <w:rPr>
            <w:rFonts w:cs="Times New Roman"/>
            <w:sz w:val="24"/>
            <w:szCs w:val="24"/>
          </w:rPr>
          <w:id w:val="1975719608"/>
          <w:placeholder>
            <w:docPart w:val="899175E678A14A4AA4B7A5869E88A38A"/>
          </w:placeholder>
          <w:showingPlcHdr/>
        </w:sdtPr>
        <w:sdtEndPr/>
        <w:sdtContent>
          <w:r w:rsidR="00731169" w:rsidRPr="00F75205">
            <w:rPr>
              <w:rStyle w:val="PlaceholderText"/>
              <w:rFonts w:cs="Times New Roman"/>
              <w:color w:val="auto"/>
              <w:sz w:val="24"/>
              <w:szCs w:val="24"/>
            </w:rPr>
            <w:t>Click or tap here to enter text.</w:t>
          </w:r>
        </w:sdtContent>
      </w:sdt>
    </w:p>
    <w:p w14:paraId="18FC852A" w14:textId="77777777" w:rsidR="00731169" w:rsidRPr="00755CFD" w:rsidRDefault="00731169" w:rsidP="00190B5F">
      <w:pPr>
        <w:pStyle w:val="ListParagraph"/>
        <w:spacing w:after="0" w:line="240" w:lineRule="auto"/>
        <w:ind w:left="360"/>
        <w:rPr>
          <w:rFonts w:cs="Times New Roman"/>
          <w:sz w:val="24"/>
          <w:szCs w:val="24"/>
        </w:rPr>
      </w:pPr>
    </w:p>
    <w:p w14:paraId="453858E6" w14:textId="0CCB1493" w:rsidR="00097CFD" w:rsidRPr="00755CFD" w:rsidRDefault="00E42EBC" w:rsidP="00190B5F">
      <w:pPr>
        <w:pStyle w:val="ListParagraph"/>
        <w:numPr>
          <w:ilvl w:val="0"/>
          <w:numId w:val="11"/>
        </w:numPr>
        <w:spacing w:after="0" w:line="240" w:lineRule="auto"/>
        <w:ind w:left="360"/>
        <w:rPr>
          <w:rFonts w:cs="Times New Roman"/>
          <w:sz w:val="24"/>
          <w:szCs w:val="24"/>
        </w:rPr>
      </w:pPr>
      <w:r w:rsidRPr="00755CFD">
        <w:rPr>
          <w:rFonts w:cs="Times New Roman"/>
          <w:b/>
          <w:bCs/>
          <w:sz w:val="24"/>
          <w:szCs w:val="24"/>
        </w:rPr>
        <w:t>Alignment to Charter Contract</w:t>
      </w:r>
      <w:r w:rsidRPr="00755CFD">
        <w:rPr>
          <w:rFonts w:cs="Times New Roman"/>
          <w:sz w:val="24"/>
          <w:szCs w:val="24"/>
        </w:rPr>
        <w:br/>
        <w:t xml:space="preserve">Does this change </w:t>
      </w:r>
      <w:r w:rsidR="00E415E1" w:rsidRPr="00755CFD">
        <w:rPr>
          <w:rFonts w:cs="Times New Roman"/>
          <w:sz w:val="24"/>
          <w:szCs w:val="24"/>
        </w:rPr>
        <w:t xml:space="preserve">the </w:t>
      </w:r>
      <w:r w:rsidRPr="00755CFD">
        <w:rPr>
          <w:rFonts w:cs="Times New Roman"/>
          <w:sz w:val="24"/>
          <w:szCs w:val="24"/>
        </w:rPr>
        <w:t xml:space="preserve">mission, model, or scope? </w:t>
      </w:r>
      <w:r w:rsidR="00B31332" w:rsidRPr="00755CFD">
        <w:rPr>
          <w:rFonts w:cs="Times New Roman"/>
          <w:sz w:val="24"/>
          <w:szCs w:val="24"/>
        </w:rPr>
        <w:t xml:space="preserve"> </w:t>
      </w:r>
      <w:sdt>
        <w:sdtPr>
          <w:rPr>
            <w:rFonts w:eastAsia="MS Gothic" w:cs="Times New Roman"/>
            <w:sz w:val="24"/>
            <w:szCs w:val="24"/>
          </w:rPr>
          <w:id w:val="-1524399524"/>
          <w14:checkbox>
            <w14:checked w14:val="0"/>
            <w14:checkedState w14:val="2612" w14:font="MS Gothic"/>
            <w14:uncheckedState w14:val="2610" w14:font="MS Gothic"/>
          </w14:checkbox>
        </w:sdtPr>
        <w:sdtEndPr/>
        <w:sdtContent>
          <w:r w:rsidR="00B31332" w:rsidRPr="00755CFD">
            <w:rPr>
              <w:rFonts w:ascii="Segoe UI Symbol" w:eastAsia="MS Gothic" w:hAnsi="Segoe UI Symbol" w:cs="Segoe UI Symbol"/>
              <w:sz w:val="24"/>
              <w:szCs w:val="24"/>
            </w:rPr>
            <w:t>☐</w:t>
          </w:r>
        </w:sdtContent>
      </w:sdt>
      <w:r w:rsidR="00B31332" w:rsidRPr="00755CFD">
        <w:rPr>
          <w:rFonts w:cs="Times New Roman"/>
          <w:sz w:val="24"/>
          <w:szCs w:val="24"/>
        </w:rPr>
        <w:t xml:space="preserve"> </w:t>
      </w:r>
      <w:r w:rsidRPr="00755CFD">
        <w:rPr>
          <w:rFonts w:cs="Times New Roman"/>
          <w:sz w:val="24"/>
          <w:szCs w:val="24"/>
        </w:rPr>
        <w:t xml:space="preserve">Yes </w:t>
      </w:r>
      <w:r w:rsidR="00B31332" w:rsidRPr="00755CFD">
        <w:rPr>
          <w:rFonts w:cs="Times New Roman"/>
          <w:sz w:val="24"/>
          <w:szCs w:val="24"/>
        </w:rPr>
        <w:t xml:space="preserve"> </w:t>
      </w:r>
      <w:sdt>
        <w:sdtPr>
          <w:rPr>
            <w:rFonts w:eastAsia="MS Gothic" w:cs="Times New Roman"/>
            <w:sz w:val="24"/>
            <w:szCs w:val="24"/>
          </w:rPr>
          <w:id w:val="20063197"/>
          <w14:checkbox>
            <w14:checked w14:val="0"/>
            <w14:checkedState w14:val="2612" w14:font="MS Gothic"/>
            <w14:uncheckedState w14:val="2610" w14:font="MS Gothic"/>
          </w14:checkbox>
        </w:sdtPr>
        <w:sdtEndPr/>
        <w:sdtContent>
          <w:r w:rsidR="00B31332" w:rsidRPr="00755CFD">
            <w:rPr>
              <w:rFonts w:ascii="Segoe UI Symbol" w:eastAsia="MS Gothic" w:hAnsi="Segoe UI Symbol" w:cs="Segoe UI Symbol"/>
              <w:sz w:val="24"/>
              <w:szCs w:val="24"/>
            </w:rPr>
            <w:t>☐</w:t>
          </w:r>
        </w:sdtContent>
      </w:sdt>
      <w:r w:rsidRPr="00755CFD">
        <w:rPr>
          <w:rFonts w:cs="Times New Roman"/>
          <w:sz w:val="24"/>
          <w:szCs w:val="24"/>
        </w:rPr>
        <w:t xml:space="preserve"> No</w:t>
      </w:r>
      <w:r w:rsidRPr="00755CFD">
        <w:rPr>
          <w:rFonts w:cs="Times New Roman"/>
          <w:sz w:val="24"/>
          <w:szCs w:val="24"/>
        </w:rPr>
        <w:br/>
        <w:t>Explanation:</w:t>
      </w:r>
      <w:r w:rsidR="00B31332" w:rsidRPr="00755CFD">
        <w:rPr>
          <w:rFonts w:cs="Times New Roman"/>
          <w:sz w:val="24"/>
          <w:szCs w:val="24"/>
        </w:rPr>
        <w:t xml:space="preserve"> </w:t>
      </w:r>
      <w:sdt>
        <w:sdtPr>
          <w:rPr>
            <w:rFonts w:cs="Times New Roman"/>
            <w:sz w:val="24"/>
            <w:szCs w:val="24"/>
          </w:rPr>
          <w:id w:val="867098783"/>
          <w:placeholder>
            <w:docPart w:val="10D2C52898954CB595F8FBFF27D09A7C"/>
          </w:placeholder>
          <w:showingPlcHdr/>
        </w:sdtPr>
        <w:sdtEndPr/>
        <w:sdtContent>
          <w:r w:rsidR="00B31332" w:rsidRPr="00755CFD">
            <w:rPr>
              <w:rStyle w:val="PlaceholderText"/>
              <w:rFonts w:cs="Times New Roman"/>
              <w:sz w:val="24"/>
              <w:szCs w:val="24"/>
            </w:rPr>
            <w:t>Click or tap here to enter text.</w:t>
          </w:r>
        </w:sdtContent>
      </w:sdt>
    </w:p>
    <w:p w14:paraId="25A99FC7" w14:textId="77777777" w:rsidR="00190B5F" w:rsidRPr="00755CFD" w:rsidRDefault="00190B5F" w:rsidP="00190B5F">
      <w:pPr>
        <w:pStyle w:val="ListParagraph"/>
        <w:spacing w:after="0" w:line="240" w:lineRule="auto"/>
        <w:ind w:left="360"/>
        <w:rPr>
          <w:rFonts w:cs="Times New Roman"/>
          <w:sz w:val="24"/>
          <w:szCs w:val="24"/>
        </w:rPr>
      </w:pPr>
    </w:p>
    <w:p w14:paraId="1DB7584F" w14:textId="652B5561" w:rsidR="00097CFD" w:rsidRPr="00755CFD" w:rsidRDefault="00E42EBC" w:rsidP="00190B5F">
      <w:pPr>
        <w:pStyle w:val="ListParagraph"/>
        <w:numPr>
          <w:ilvl w:val="0"/>
          <w:numId w:val="11"/>
        </w:numPr>
        <w:spacing w:after="0" w:line="240" w:lineRule="auto"/>
        <w:ind w:left="360"/>
        <w:rPr>
          <w:rFonts w:cs="Times New Roman"/>
          <w:sz w:val="24"/>
          <w:szCs w:val="24"/>
        </w:rPr>
      </w:pPr>
      <w:r w:rsidRPr="00755CFD">
        <w:rPr>
          <w:rFonts w:cs="Times New Roman"/>
          <w:b/>
          <w:bCs/>
          <w:sz w:val="24"/>
          <w:szCs w:val="24"/>
        </w:rPr>
        <w:t>Implementation</w:t>
      </w:r>
      <w:r w:rsidRPr="00755CFD">
        <w:rPr>
          <w:rFonts w:cs="Times New Roman"/>
          <w:sz w:val="24"/>
          <w:szCs w:val="24"/>
        </w:rPr>
        <w:br/>
      </w:r>
      <w:r w:rsidR="00731169" w:rsidRPr="00F75205">
        <w:rPr>
          <w:rFonts w:cs="Times New Roman"/>
          <w:sz w:val="24"/>
          <w:szCs w:val="24"/>
        </w:rPr>
        <w:t xml:space="preserve">Proposed Effective Date: </w:t>
      </w:r>
      <w:sdt>
        <w:sdtPr>
          <w:rPr>
            <w:rFonts w:cs="Times New Roman"/>
            <w:sz w:val="24"/>
            <w:szCs w:val="24"/>
          </w:rPr>
          <w:id w:val="107021092"/>
          <w:placeholder>
            <w:docPart w:val="BCDE7A8B59C54D1A8F3BDEECE8256463"/>
          </w:placeholder>
          <w:showingPlcHdr/>
        </w:sdtPr>
        <w:sdtEndPr/>
        <w:sdtContent>
          <w:r w:rsidR="00B31332" w:rsidRPr="00F75205">
            <w:rPr>
              <w:rStyle w:val="PlaceholderText"/>
              <w:rFonts w:cs="Times New Roman"/>
              <w:color w:val="auto"/>
              <w:sz w:val="24"/>
              <w:szCs w:val="24"/>
            </w:rPr>
            <w:t>Click or tap here to enter text.</w:t>
          </w:r>
        </w:sdtContent>
      </w:sdt>
      <w:r w:rsidRPr="00F75205">
        <w:rPr>
          <w:rFonts w:cs="Times New Roman"/>
          <w:sz w:val="24"/>
          <w:szCs w:val="24"/>
        </w:rPr>
        <w:br/>
      </w:r>
      <w:r w:rsidR="00731169" w:rsidRPr="00F75205">
        <w:rPr>
          <w:rFonts w:cs="Times New Roman"/>
          <w:sz w:val="24"/>
          <w:szCs w:val="24"/>
        </w:rPr>
        <w:t>Implementation Timeline</w:t>
      </w:r>
      <w:r w:rsidR="00F75205" w:rsidRPr="00F75205">
        <w:rPr>
          <w:rFonts w:cs="Times New Roman"/>
          <w:sz w:val="24"/>
          <w:szCs w:val="24"/>
        </w:rPr>
        <w:t>:</w:t>
      </w:r>
      <w:r w:rsidR="00731169" w:rsidRPr="00F75205">
        <w:rPr>
          <w:rFonts w:cs="Times New Roman"/>
          <w:sz w:val="24"/>
          <w:szCs w:val="24"/>
        </w:rPr>
        <w:t xml:space="preserve"> </w:t>
      </w:r>
      <w:sdt>
        <w:sdtPr>
          <w:rPr>
            <w:rFonts w:cs="Times New Roman"/>
            <w:sz w:val="24"/>
            <w:szCs w:val="24"/>
          </w:rPr>
          <w:id w:val="30241101"/>
          <w:placeholder>
            <w:docPart w:val="E314854B064249B799805A8BB1E733C2"/>
          </w:placeholder>
          <w:showingPlcHdr/>
        </w:sdtPr>
        <w:sdtEndPr/>
        <w:sdtContent>
          <w:r w:rsidR="00B31332" w:rsidRPr="00F75205">
            <w:rPr>
              <w:rStyle w:val="PlaceholderText"/>
              <w:rFonts w:cs="Times New Roman"/>
              <w:color w:val="auto"/>
              <w:sz w:val="24"/>
              <w:szCs w:val="24"/>
            </w:rPr>
            <w:t>Click or tap here to enter text.</w:t>
          </w:r>
        </w:sdtContent>
      </w:sdt>
    </w:p>
    <w:p w14:paraId="37027E34" w14:textId="77777777" w:rsidR="00190B5F" w:rsidRPr="00755CFD" w:rsidRDefault="00190B5F" w:rsidP="00190B5F">
      <w:pPr>
        <w:pStyle w:val="ListParagraph"/>
        <w:spacing w:after="0" w:line="240" w:lineRule="auto"/>
        <w:ind w:left="360"/>
        <w:rPr>
          <w:rFonts w:cs="Times New Roman"/>
          <w:sz w:val="24"/>
          <w:szCs w:val="24"/>
        </w:rPr>
      </w:pPr>
    </w:p>
    <w:p w14:paraId="15846340" w14:textId="77777777" w:rsidR="00896BEE" w:rsidRPr="00F75205" w:rsidRDefault="008D7ABC" w:rsidP="00896BEE">
      <w:pPr>
        <w:pStyle w:val="ListParagraph"/>
        <w:numPr>
          <w:ilvl w:val="0"/>
          <w:numId w:val="11"/>
        </w:numPr>
        <w:spacing w:after="0" w:line="240" w:lineRule="auto"/>
        <w:ind w:left="360"/>
        <w:rPr>
          <w:rFonts w:cs="Times New Roman"/>
          <w:b/>
          <w:bCs/>
          <w:sz w:val="24"/>
          <w:szCs w:val="24"/>
        </w:rPr>
      </w:pPr>
      <w:r w:rsidRPr="00F75205">
        <w:rPr>
          <w:rFonts w:cs="Times New Roman"/>
          <w:b/>
          <w:bCs/>
          <w:sz w:val="24"/>
          <w:szCs w:val="24"/>
        </w:rPr>
        <w:t>Communication Plan</w:t>
      </w:r>
    </w:p>
    <w:p w14:paraId="71A1EC2F" w14:textId="57208468" w:rsidR="008D7ABC" w:rsidRPr="00F75205" w:rsidRDefault="00896BEE" w:rsidP="00896BEE">
      <w:pPr>
        <w:pStyle w:val="ListParagraph"/>
        <w:spacing w:after="0" w:line="240" w:lineRule="auto"/>
        <w:ind w:left="360"/>
        <w:rPr>
          <w:rFonts w:cs="Times New Roman"/>
          <w:b/>
          <w:bCs/>
          <w:sz w:val="24"/>
          <w:szCs w:val="24"/>
        </w:rPr>
      </w:pPr>
      <w:r w:rsidRPr="00F75205">
        <w:rPr>
          <w:rFonts w:cs="Times New Roman"/>
          <w:sz w:val="24"/>
          <w:szCs w:val="24"/>
        </w:rPr>
        <w:t xml:space="preserve">Describe how the school will communicate the proposed amendment and, if approved, its implementation to affected students, families, staff, the district, and other stakeholders, as applicable. </w:t>
      </w:r>
      <w:sdt>
        <w:sdtPr>
          <w:rPr>
            <w:rFonts w:cs="Times New Roman"/>
            <w:sz w:val="24"/>
            <w:szCs w:val="24"/>
          </w:rPr>
          <w:id w:val="-535347426"/>
          <w:placeholder>
            <w:docPart w:val="EF92C2BF54944629A83AE1FF136BD495"/>
          </w:placeholder>
          <w:showingPlcHdr/>
        </w:sdtPr>
        <w:sdtEndPr/>
        <w:sdtContent>
          <w:r w:rsidR="008D7ABC" w:rsidRPr="00F75205">
            <w:rPr>
              <w:rStyle w:val="PlaceholderText"/>
              <w:rFonts w:cs="Times New Roman"/>
              <w:color w:val="auto"/>
              <w:sz w:val="24"/>
              <w:szCs w:val="24"/>
            </w:rPr>
            <w:t>Click or tap here to enter text.</w:t>
          </w:r>
        </w:sdtContent>
      </w:sdt>
    </w:p>
    <w:p w14:paraId="06665EE7" w14:textId="77777777" w:rsidR="008D7ABC" w:rsidRPr="00F75205" w:rsidRDefault="008D7ABC" w:rsidP="008D7ABC">
      <w:pPr>
        <w:pStyle w:val="ListParagraph"/>
        <w:ind w:left="360"/>
        <w:rPr>
          <w:rFonts w:cs="Times New Roman"/>
          <w:b/>
          <w:bCs/>
          <w:sz w:val="24"/>
          <w:szCs w:val="24"/>
        </w:rPr>
      </w:pPr>
    </w:p>
    <w:p w14:paraId="0CBED0D1" w14:textId="494E64CC" w:rsidR="00190B5F" w:rsidRPr="00755CFD" w:rsidRDefault="00E415E1" w:rsidP="00755CFD">
      <w:pPr>
        <w:pStyle w:val="ListParagraph"/>
        <w:numPr>
          <w:ilvl w:val="0"/>
          <w:numId w:val="11"/>
        </w:numPr>
        <w:spacing w:after="0" w:line="240" w:lineRule="auto"/>
        <w:ind w:left="360"/>
        <w:rPr>
          <w:rFonts w:cs="Times New Roman"/>
          <w:sz w:val="24"/>
          <w:szCs w:val="24"/>
        </w:rPr>
      </w:pPr>
      <w:r w:rsidRPr="00755CFD">
        <w:rPr>
          <w:rFonts w:cs="Times New Roman"/>
          <w:b/>
          <w:bCs/>
          <w:sz w:val="24"/>
          <w:szCs w:val="24"/>
        </w:rPr>
        <w:t>Charter</w:t>
      </w:r>
      <w:r w:rsidRPr="00755CFD">
        <w:rPr>
          <w:rFonts w:cs="Times New Roman"/>
          <w:sz w:val="24"/>
          <w:szCs w:val="24"/>
        </w:rPr>
        <w:t xml:space="preserve"> </w:t>
      </w:r>
      <w:r w:rsidR="00E42EBC" w:rsidRPr="00755CFD">
        <w:rPr>
          <w:rFonts w:cs="Times New Roman"/>
          <w:b/>
          <w:bCs/>
          <w:sz w:val="24"/>
          <w:szCs w:val="24"/>
        </w:rPr>
        <w:t>Governing Board Approval</w:t>
      </w:r>
      <w:r w:rsidR="00E42EBC" w:rsidRPr="00755CFD">
        <w:rPr>
          <w:rFonts w:cs="Times New Roman"/>
          <w:sz w:val="24"/>
          <w:szCs w:val="24"/>
        </w:rPr>
        <w:br/>
        <w:t>Date Approved:</w:t>
      </w:r>
      <w:r w:rsidR="00B31332" w:rsidRPr="00755CFD">
        <w:rPr>
          <w:rFonts w:cs="Times New Roman"/>
          <w:sz w:val="24"/>
          <w:szCs w:val="24"/>
        </w:rPr>
        <w:t xml:space="preserve"> </w:t>
      </w:r>
      <w:sdt>
        <w:sdtPr>
          <w:rPr>
            <w:rFonts w:cs="Times New Roman"/>
            <w:sz w:val="24"/>
            <w:szCs w:val="24"/>
          </w:rPr>
          <w:id w:val="1255481880"/>
          <w:placeholder>
            <w:docPart w:val="D0DE4825BBB6444DA6B6781AC5275674"/>
          </w:placeholder>
          <w:showingPlcHdr/>
        </w:sdtPr>
        <w:sdtEndPr/>
        <w:sdtContent>
          <w:r w:rsidR="00B31332" w:rsidRPr="00755CFD">
            <w:rPr>
              <w:rStyle w:val="PlaceholderText"/>
              <w:rFonts w:cs="Times New Roman"/>
              <w:sz w:val="24"/>
              <w:szCs w:val="24"/>
            </w:rPr>
            <w:t>Click or tap here to enter text.</w:t>
          </w:r>
        </w:sdtContent>
      </w:sdt>
      <w:r w:rsidR="00E42EBC" w:rsidRPr="00755CFD">
        <w:rPr>
          <w:rFonts w:cs="Times New Roman"/>
          <w:sz w:val="24"/>
          <w:szCs w:val="24"/>
        </w:rPr>
        <w:br/>
        <w:t>Board Minutes Attached:</w:t>
      </w:r>
      <w:r w:rsidR="00B31332" w:rsidRPr="00755CFD">
        <w:rPr>
          <w:rFonts w:cs="Times New Roman"/>
          <w:sz w:val="24"/>
          <w:szCs w:val="24"/>
        </w:rPr>
        <w:t xml:space="preserve"> </w:t>
      </w:r>
      <w:sdt>
        <w:sdtPr>
          <w:rPr>
            <w:rFonts w:eastAsia="MS Gothic" w:cs="Times New Roman"/>
            <w:sz w:val="24"/>
            <w:szCs w:val="24"/>
          </w:rPr>
          <w:id w:val="126666944"/>
          <w14:checkbox>
            <w14:checked w14:val="0"/>
            <w14:checkedState w14:val="2612" w14:font="MS Gothic"/>
            <w14:uncheckedState w14:val="2610" w14:font="MS Gothic"/>
          </w14:checkbox>
        </w:sdtPr>
        <w:sdtEndPr/>
        <w:sdtContent>
          <w:r w:rsidR="00B31332" w:rsidRPr="00755CFD">
            <w:rPr>
              <w:rFonts w:ascii="Segoe UI Symbol" w:eastAsia="MS Gothic" w:hAnsi="Segoe UI Symbol" w:cs="Segoe UI Symbol"/>
              <w:sz w:val="24"/>
              <w:szCs w:val="24"/>
            </w:rPr>
            <w:t>☐</w:t>
          </w:r>
        </w:sdtContent>
      </w:sdt>
      <w:r w:rsidR="00B31332" w:rsidRPr="00755CFD">
        <w:rPr>
          <w:rFonts w:cs="Times New Roman"/>
          <w:sz w:val="24"/>
          <w:szCs w:val="24"/>
        </w:rPr>
        <w:t xml:space="preserve">Yes  </w:t>
      </w:r>
      <w:sdt>
        <w:sdtPr>
          <w:rPr>
            <w:rFonts w:eastAsia="MS Gothic" w:cs="Times New Roman"/>
            <w:sz w:val="24"/>
            <w:szCs w:val="24"/>
          </w:rPr>
          <w:id w:val="-442220054"/>
          <w14:checkbox>
            <w14:checked w14:val="0"/>
            <w14:checkedState w14:val="2612" w14:font="MS Gothic"/>
            <w14:uncheckedState w14:val="2610" w14:font="MS Gothic"/>
          </w14:checkbox>
        </w:sdtPr>
        <w:sdtEndPr/>
        <w:sdtContent>
          <w:r w:rsidR="00B31332" w:rsidRPr="00755CFD">
            <w:rPr>
              <w:rFonts w:ascii="Segoe UI Symbol" w:eastAsia="MS Gothic" w:hAnsi="Segoe UI Symbol" w:cs="Segoe UI Symbol"/>
              <w:sz w:val="24"/>
              <w:szCs w:val="24"/>
            </w:rPr>
            <w:t>☐</w:t>
          </w:r>
        </w:sdtContent>
      </w:sdt>
      <w:r w:rsidR="00B31332" w:rsidRPr="00755CFD">
        <w:rPr>
          <w:rFonts w:cs="Times New Roman"/>
          <w:sz w:val="24"/>
          <w:szCs w:val="24"/>
        </w:rPr>
        <w:t xml:space="preserve"> No</w:t>
      </w:r>
    </w:p>
    <w:p w14:paraId="2DE6773D" w14:textId="77777777" w:rsidR="00755CFD" w:rsidRPr="00755CFD" w:rsidRDefault="00755CFD" w:rsidP="00755CFD">
      <w:pPr>
        <w:spacing w:after="0" w:line="240" w:lineRule="auto"/>
        <w:rPr>
          <w:rFonts w:cs="Times New Roman"/>
          <w:sz w:val="24"/>
          <w:szCs w:val="24"/>
        </w:rPr>
      </w:pPr>
    </w:p>
    <w:p w14:paraId="12FB3F93" w14:textId="75B06FD2" w:rsidR="00D804A4" w:rsidRPr="00755CFD" w:rsidRDefault="00D804A4" w:rsidP="00190B5F">
      <w:pPr>
        <w:pStyle w:val="NoSpacing"/>
        <w:numPr>
          <w:ilvl w:val="0"/>
          <w:numId w:val="11"/>
        </w:numPr>
        <w:ind w:left="360"/>
        <w:rPr>
          <w:rFonts w:ascii="Times New Roman" w:hAnsi="Times New Roman" w:cs="Times New Roman"/>
          <w:sz w:val="24"/>
          <w:szCs w:val="24"/>
        </w:rPr>
      </w:pPr>
      <w:r w:rsidRPr="00755CFD">
        <w:rPr>
          <w:rFonts w:ascii="Times New Roman" w:hAnsi="Times New Roman" w:cs="Times New Roman"/>
          <w:b/>
          <w:bCs/>
          <w:sz w:val="24"/>
          <w:szCs w:val="24"/>
        </w:rPr>
        <w:t>Other</w:t>
      </w:r>
    </w:p>
    <w:p w14:paraId="5DE3D5E0" w14:textId="4F37ACAD" w:rsidR="005705E7" w:rsidRPr="00755CFD" w:rsidRDefault="005705E7" w:rsidP="00190B5F">
      <w:pPr>
        <w:pStyle w:val="NoSpacing"/>
        <w:ind w:left="360"/>
        <w:rPr>
          <w:rFonts w:ascii="Times New Roman" w:hAnsi="Times New Roman" w:cs="Times New Roman"/>
          <w:sz w:val="24"/>
          <w:szCs w:val="24"/>
        </w:rPr>
      </w:pPr>
      <w:r w:rsidRPr="00755CFD">
        <w:rPr>
          <w:rFonts w:ascii="Times New Roman" w:hAnsi="Times New Roman" w:cs="Times New Roman"/>
          <w:sz w:val="24"/>
          <w:szCs w:val="24"/>
        </w:rPr>
        <w:t xml:space="preserve">If the proposed amendment does not fall within the categories listed above, please describe the requested change in detail below. This may include, but is not limited to, changes such as the </w:t>
      </w:r>
      <w:r w:rsidR="002404A7" w:rsidRPr="00755CFD">
        <w:rPr>
          <w:rFonts w:ascii="Times New Roman" w:hAnsi="Times New Roman" w:cs="Times New Roman"/>
          <w:sz w:val="24"/>
          <w:szCs w:val="24"/>
        </w:rPr>
        <w:t>Public Charter S</w:t>
      </w:r>
      <w:r w:rsidRPr="00755CFD">
        <w:rPr>
          <w:rFonts w:ascii="Times New Roman" w:hAnsi="Times New Roman" w:cs="Times New Roman"/>
          <w:sz w:val="24"/>
          <w:szCs w:val="24"/>
        </w:rPr>
        <w:t xml:space="preserve">chool’s name or other </w:t>
      </w:r>
      <w:r w:rsidR="00B94A99" w:rsidRPr="00755CFD">
        <w:rPr>
          <w:rFonts w:ascii="Times New Roman" w:hAnsi="Times New Roman" w:cs="Times New Roman"/>
          <w:sz w:val="24"/>
          <w:szCs w:val="24"/>
        </w:rPr>
        <w:t>charter amendments</w:t>
      </w:r>
      <w:r w:rsidRPr="00755CFD">
        <w:rPr>
          <w:rFonts w:ascii="Times New Roman" w:hAnsi="Times New Roman" w:cs="Times New Roman"/>
          <w:sz w:val="24"/>
          <w:szCs w:val="24"/>
        </w:rPr>
        <w:t xml:space="preserve"> not otherwise specified.</w:t>
      </w:r>
    </w:p>
    <w:p w14:paraId="498F249C" w14:textId="48E869A7" w:rsidR="00DC091F" w:rsidRPr="00755CFD" w:rsidRDefault="005705E7" w:rsidP="00190B5F">
      <w:pPr>
        <w:pStyle w:val="ListParagraph"/>
        <w:spacing w:after="0" w:line="240" w:lineRule="auto"/>
        <w:ind w:left="360"/>
        <w:rPr>
          <w:rFonts w:cs="Times New Roman"/>
          <w:sz w:val="24"/>
          <w:szCs w:val="24"/>
        </w:rPr>
      </w:pPr>
      <w:r w:rsidRPr="00755CFD">
        <w:rPr>
          <w:rFonts w:cs="Times New Roman"/>
          <w:sz w:val="24"/>
          <w:szCs w:val="24"/>
        </w:rPr>
        <w:t xml:space="preserve">Description of Request: </w:t>
      </w:r>
      <w:sdt>
        <w:sdtPr>
          <w:rPr>
            <w:rFonts w:cs="Times New Roman"/>
            <w:sz w:val="24"/>
            <w:szCs w:val="24"/>
          </w:rPr>
          <w:id w:val="-1171949761"/>
          <w:placeholder>
            <w:docPart w:val="DefaultPlaceholder_-1854013440"/>
          </w:placeholder>
          <w:showingPlcHdr/>
        </w:sdtPr>
        <w:sdtEndPr/>
        <w:sdtContent>
          <w:r w:rsidR="00DC091F" w:rsidRPr="00755CFD">
            <w:rPr>
              <w:rStyle w:val="PlaceholderText"/>
              <w:rFonts w:cs="Times New Roman"/>
              <w:sz w:val="24"/>
              <w:szCs w:val="24"/>
            </w:rPr>
            <w:t>Click or tap here to enter text.</w:t>
          </w:r>
        </w:sdtContent>
      </w:sdt>
    </w:p>
    <w:p w14:paraId="27EC7E2C" w14:textId="77777777" w:rsidR="00190B5F" w:rsidRPr="00755CFD" w:rsidRDefault="00190B5F" w:rsidP="00190B5F">
      <w:pPr>
        <w:spacing w:after="0" w:line="240" w:lineRule="auto"/>
        <w:rPr>
          <w:rFonts w:cs="Times New Roman"/>
          <w:b/>
          <w:bCs/>
          <w:sz w:val="24"/>
          <w:szCs w:val="24"/>
        </w:rPr>
      </w:pPr>
    </w:p>
    <w:p w14:paraId="6AD9687D" w14:textId="77777777" w:rsidR="00755CFD" w:rsidRPr="00755CFD" w:rsidRDefault="00E42EBC" w:rsidP="00190B5F">
      <w:pPr>
        <w:spacing w:after="0" w:line="240" w:lineRule="auto"/>
        <w:rPr>
          <w:rFonts w:cs="Times New Roman"/>
          <w:sz w:val="24"/>
          <w:szCs w:val="24"/>
        </w:rPr>
      </w:pPr>
      <w:r w:rsidRPr="00755CFD">
        <w:rPr>
          <w:rFonts w:cs="Times New Roman"/>
          <w:b/>
          <w:bCs/>
          <w:sz w:val="24"/>
          <w:szCs w:val="24"/>
        </w:rPr>
        <w:t>Signatures</w:t>
      </w:r>
      <w:r w:rsidRPr="00755CFD">
        <w:rPr>
          <w:rFonts w:cs="Times New Roman"/>
          <w:sz w:val="24"/>
          <w:szCs w:val="24"/>
        </w:rPr>
        <w:br/>
      </w:r>
    </w:p>
    <w:p w14:paraId="2B10F103" w14:textId="3CA49773" w:rsidR="00755CFD" w:rsidRPr="00755CFD" w:rsidRDefault="00740E3C" w:rsidP="00190B5F">
      <w:pPr>
        <w:spacing w:after="0" w:line="240" w:lineRule="auto"/>
        <w:rPr>
          <w:rFonts w:cs="Times New Roman"/>
          <w:sz w:val="24"/>
          <w:szCs w:val="24"/>
        </w:rPr>
      </w:pPr>
      <w:r>
        <w:rPr>
          <w:rFonts w:cs="Times New Roman"/>
          <w:sz w:val="24"/>
          <w:szCs w:val="24"/>
        </w:rPr>
        <w:t>___________________________________________________________________________</w:t>
      </w:r>
    </w:p>
    <w:p w14:paraId="43CF1854" w14:textId="5AFCB50F" w:rsidR="00190B5F" w:rsidRPr="00755CFD" w:rsidRDefault="00E415E1" w:rsidP="00190B5F">
      <w:pPr>
        <w:spacing w:after="0" w:line="240" w:lineRule="auto"/>
        <w:rPr>
          <w:rFonts w:cs="Times New Roman"/>
          <w:sz w:val="24"/>
          <w:szCs w:val="24"/>
        </w:rPr>
      </w:pPr>
      <w:r w:rsidRPr="00755CFD">
        <w:rPr>
          <w:rFonts w:cs="Times New Roman"/>
          <w:sz w:val="24"/>
          <w:szCs w:val="24"/>
        </w:rPr>
        <w:t xml:space="preserve">Charter </w:t>
      </w:r>
      <w:r w:rsidR="00E42EBC" w:rsidRPr="00755CFD">
        <w:rPr>
          <w:rFonts w:cs="Times New Roman"/>
          <w:sz w:val="24"/>
          <w:szCs w:val="24"/>
        </w:rPr>
        <w:t>Governing Board Chair</w:t>
      </w:r>
      <w:r w:rsidR="00755CFD" w:rsidRPr="00755CFD">
        <w:rPr>
          <w:rFonts w:cs="Times New Roman"/>
          <w:sz w:val="24"/>
          <w:szCs w:val="24"/>
        </w:rPr>
        <w:tab/>
      </w:r>
      <w:r w:rsidR="00755CFD" w:rsidRPr="00755CFD">
        <w:rPr>
          <w:rFonts w:cs="Times New Roman"/>
          <w:sz w:val="24"/>
          <w:szCs w:val="24"/>
        </w:rPr>
        <w:tab/>
      </w:r>
      <w:r w:rsidR="00755CFD" w:rsidRPr="00755CFD">
        <w:rPr>
          <w:rFonts w:cs="Times New Roman"/>
          <w:sz w:val="24"/>
          <w:szCs w:val="24"/>
        </w:rPr>
        <w:tab/>
      </w:r>
      <w:r w:rsidR="00755CFD" w:rsidRPr="00755CFD">
        <w:rPr>
          <w:rFonts w:cs="Times New Roman"/>
          <w:sz w:val="24"/>
          <w:szCs w:val="24"/>
        </w:rPr>
        <w:tab/>
      </w:r>
      <w:r w:rsidR="00755CFD" w:rsidRPr="00755CFD">
        <w:rPr>
          <w:rFonts w:cs="Times New Roman"/>
          <w:sz w:val="24"/>
          <w:szCs w:val="24"/>
        </w:rPr>
        <w:tab/>
      </w:r>
      <w:r w:rsidR="00755CFD" w:rsidRPr="00755CFD">
        <w:rPr>
          <w:rFonts w:cs="Times New Roman"/>
          <w:sz w:val="24"/>
          <w:szCs w:val="24"/>
        </w:rPr>
        <w:tab/>
      </w:r>
      <w:r w:rsidR="00E42EBC" w:rsidRPr="00755CFD">
        <w:rPr>
          <w:rFonts w:cs="Times New Roman"/>
          <w:sz w:val="24"/>
          <w:szCs w:val="24"/>
        </w:rPr>
        <w:t>Date</w:t>
      </w:r>
    </w:p>
    <w:p w14:paraId="18DEC870" w14:textId="77777777" w:rsidR="00755CFD" w:rsidRPr="00755CFD" w:rsidRDefault="00755CFD" w:rsidP="00190B5F">
      <w:pPr>
        <w:spacing w:after="0" w:line="240" w:lineRule="auto"/>
        <w:rPr>
          <w:rFonts w:cs="Times New Roman"/>
          <w:b/>
          <w:bCs/>
          <w:sz w:val="24"/>
          <w:szCs w:val="24"/>
        </w:rPr>
      </w:pPr>
    </w:p>
    <w:p w14:paraId="0CE9BAC3" w14:textId="234F3E3F" w:rsidR="00755CFD" w:rsidRPr="00740E3C" w:rsidRDefault="00740E3C" w:rsidP="00190B5F">
      <w:pPr>
        <w:spacing w:after="0" w:line="240" w:lineRule="auto"/>
        <w:rPr>
          <w:rFonts w:cs="Times New Roman"/>
          <w:sz w:val="24"/>
          <w:szCs w:val="24"/>
        </w:rPr>
      </w:pPr>
      <w:r>
        <w:rPr>
          <w:rFonts w:cs="Times New Roman"/>
          <w:sz w:val="24"/>
          <w:szCs w:val="24"/>
        </w:rPr>
        <w:t>___________________________________________________________________________</w:t>
      </w:r>
    </w:p>
    <w:p w14:paraId="70040E6A" w14:textId="4D8EDA38" w:rsidR="00097CFD" w:rsidRPr="00755CFD" w:rsidRDefault="00E42EBC" w:rsidP="00190B5F">
      <w:pPr>
        <w:spacing w:after="0" w:line="240" w:lineRule="auto"/>
        <w:rPr>
          <w:rFonts w:cs="Times New Roman"/>
          <w:sz w:val="24"/>
          <w:szCs w:val="24"/>
        </w:rPr>
      </w:pPr>
      <w:r w:rsidRPr="00755CFD">
        <w:rPr>
          <w:rFonts w:cs="Times New Roman"/>
          <w:sz w:val="24"/>
          <w:szCs w:val="24"/>
        </w:rPr>
        <w:t>Board of</w:t>
      </w:r>
      <w:r w:rsidR="00184032" w:rsidRPr="00755CFD">
        <w:rPr>
          <w:rFonts w:cs="Times New Roman"/>
          <w:sz w:val="24"/>
          <w:szCs w:val="24"/>
        </w:rPr>
        <w:t xml:space="preserve"> </w:t>
      </w:r>
      <w:r w:rsidRPr="00755CFD">
        <w:rPr>
          <w:rFonts w:cs="Times New Roman"/>
          <w:sz w:val="24"/>
          <w:szCs w:val="24"/>
        </w:rPr>
        <w:t xml:space="preserve"> Public Education Chair</w:t>
      </w:r>
      <w:r w:rsidR="00755CFD" w:rsidRPr="00755CFD">
        <w:rPr>
          <w:rFonts w:cs="Times New Roman"/>
          <w:sz w:val="24"/>
          <w:szCs w:val="24"/>
        </w:rPr>
        <w:tab/>
      </w:r>
      <w:r w:rsidR="00755CFD" w:rsidRPr="00755CFD">
        <w:rPr>
          <w:rFonts w:cs="Times New Roman"/>
          <w:sz w:val="24"/>
          <w:szCs w:val="24"/>
        </w:rPr>
        <w:tab/>
      </w:r>
      <w:r w:rsidR="00755CFD" w:rsidRPr="00755CFD">
        <w:rPr>
          <w:rFonts w:cs="Times New Roman"/>
          <w:sz w:val="24"/>
          <w:szCs w:val="24"/>
        </w:rPr>
        <w:tab/>
      </w:r>
      <w:r w:rsidR="00755CFD" w:rsidRPr="00755CFD">
        <w:rPr>
          <w:rFonts w:cs="Times New Roman"/>
          <w:sz w:val="24"/>
          <w:szCs w:val="24"/>
        </w:rPr>
        <w:tab/>
      </w:r>
      <w:r w:rsidR="00755CFD" w:rsidRPr="00755CFD">
        <w:rPr>
          <w:rFonts w:cs="Times New Roman"/>
          <w:sz w:val="24"/>
          <w:szCs w:val="24"/>
        </w:rPr>
        <w:tab/>
      </w:r>
      <w:r w:rsidR="00740E3C">
        <w:rPr>
          <w:rFonts w:cs="Times New Roman"/>
          <w:sz w:val="24"/>
          <w:szCs w:val="24"/>
        </w:rPr>
        <w:tab/>
      </w:r>
      <w:r w:rsidRPr="00755CFD">
        <w:rPr>
          <w:rFonts w:cs="Times New Roman"/>
          <w:sz w:val="24"/>
          <w:szCs w:val="24"/>
        </w:rPr>
        <w:t>Date</w:t>
      </w:r>
    </w:p>
    <w:p w14:paraId="63393752" w14:textId="77777777" w:rsidR="00755CFD" w:rsidRPr="00755CFD" w:rsidRDefault="00755CFD" w:rsidP="00190B5F">
      <w:pPr>
        <w:spacing w:after="0" w:line="240" w:lineRule="auto"/>
        <w:rPr>
          <w:rFonts w:cs="Times New Roman"/>
          <w:sz w:val="24"/>
          <w:szCs w:val="24"/>
        </w:rPr>
      </w:pPr>
    </w:p>
    <w:p w14:paraId="5EC603BA" w14:textId="76186F08" w:rsidR="00755CFD" w:rsidRPr="00755CFD" w:rsidRDefault="00755CFD" w:rsidP="007B0C08">
      <w:pPr>
        <w:spacing w:before="60" w:after="0" w:line="240" w:lineRule="auto"/>
        <w:rPr>
          <w:rFonts w:cs="Times New Roman"/>
        </w:rPr>
      </w:pPr>
      <w:r w:rsidRPr="00755CFD">
        <w:rPr>
          <w:rFonts w:cs="Times New Roman"/>
          <w:sz w:val="24"/>
          <w:szCs w:val="24"/>
        </w:rPr>
        <w:t xml:space="preserve">Board of  Public Education Determination: </w:t>
      </w:r>
      <w:sdt>
        <w:sdtPr>
          <w:rPr>
            <w:rFonts w:cs="Times New Roman"/>
            <w:sz w:val="24"/>
            <w:szCs w:val="24"/>
          </w:rPr>
          <w:id w:val="-290136257"/>
          <w14:checkbox>
            <w14:checked w14:val="0"/>
            <w14:checkedState w14:val="2612" w14:font="MS Gothic"/>
            <w14:uncheckedState w14:val="2610" w14:font="MS Gothic"/>
          </w14:checkbox>
        </w:sdtPr>
        <w:sdtEndPr/>
        <w:sdtContent>
          <w:r w:rsidRPr="00755CFD">
            <w:rPr>
              <w:rFonts w:ascii="Segoe UI Symbol" w:eastAsia="MS Gothic" w:hAnsi="Segoe UI Symbol" w:cs="Segoe UI Symbol"/>
              <w:sz w:val="24"/>
              <w:szCs w:val="24"/>
            </w:rPr>
            <w:t>☐</w:t>
          </w:r>
        </w:sdtContent>
      </w:sdt>
      <w:r w:rsidRPr="00755CFD">
        <w:rPr>
          <w:rFonts w:cs="Times New Roman"/>
          <w:sz w:val="24"/>
          <w:szCs w:val="24"/>
        </w:rPr>
        <w:t xml:space="preserve"> Approved</w:t>
      </w:r>
      <w:r w:rsidRPr="00755CFD">
        <w:rPr>
          <w:rFonts w:cs="Times New Roman"/>
          <w:sz w:val="24"/>
          <w:szCs w:val="24"/>
        </w:rPr>
        <w:tab/>
        <w:t xml:space="preserve"> </w:t>
      </w:r>
      <w:sdt>
        <w:sdtPr>
          <w:rPr>
            <w:rFonts w:cs="Times New Roman"/>
            <w:sz w:val="24"/>
            <w:szCs w:val="24"/>
          </w:rPr>
          <w:id w:val="-934675295"/>
          <w14:checkbox>
            <w14:checked w14:val="0"/>
            <w14:checkedState w14:val="2612" w14:font="MS Gothic"/>
            <w14:uncheckedState w14:val="2610" w14:font="MS Gothic"/>
          </w14:checkbox>
        </w:sdtPr>
        <w:sdtEndPr/>
        <w:sdtContent>
          <w:r w:rsidRPr="00755CFD">
            <w:rPr>
              <w:rFonts w:ascii="Segoe UI Symbol" w:eastAsia="MS Gothic" w:hAnsi="Segoe UI Symbol" w:cs="Segoe UI Symbol"/>
              <w:sz w:val="24"/>
              <w:szCs w:val="24"/>
            </w:rPr>
            <w:t>☐</w:t>
          </w:r>
        </w:sdtContent>
      </w:sdt>
      <w:r w:rsidRPr="00755CFD">
        <w:rPr>
          <w:rFonts w:cs="Times New Roman"/>
          <w:sz w:val="24"/>
          <w:szCs w:val="24"/>
        </w:rPr>
        <w:t xml:space="preserve"> Denied</w:t>
      </w:r>
      <w:r w:rsidRPr="00755CFD">
        <w:rPr>
          <w:rFonts w:cs="Times New Roman"/>
        </w:rPr>
        <w:br/>
      </w:r>
    </w:p>
    <w:sectPr w:rsidR="00755CFD" w:rsidRPr="00755CFD" w:rsidSect="00F75205">
      <w:pgSz w:w="12240" w:h="15840"/>
      <w:pgMar w:top="720" w:right="1080" w:bottom="1440" w:left="108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70B22" w14:textId="77777777" w:rsidR="003E54D5" w:rsidRDefault="003E54D5" w:rsidP="00755CFD">
      <w:pPr>
        <w:spacing w:after="0" w:line="240" w:lineRule="auto"/>
      </w:pPr>
      <w:r>
        <w:separator/>
      </w:r>
    </w:p>
  </w:endnote>
  <w:endnote w:type="continuationSeparator" w:id="0">
    <w:p w14:paraId="7AFB6159" w14:textId="77777777" w:rsidR="003E54D5" w:rsidRDefault="003E54D5" w:rsidP="0075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386195"/>
      <w:docPartObj>
        <w:docPartGallery w:val="Page Numbers (Bottom of Page)"/>
        <w:docPartUnique/>
      </w:docPartObj>
    </w:sdtPr>
    <w:sdtEndPr>
      <w:rPr>
        <w:color w:val="7F7F7F" w:themeColor="background1" w:themeShade="7F"/>
        <w:spacing w:val="60"/>
      </w:rPr>
    </w:sdtEndPr>
    <w:sdtContent>
      <w:p w14:paraId="524A4512" w14:textId="2BB9522B" w:rsidR="00755CFD" w:rsidRDefault="00755CFD" w:rsidP="00F7520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AA2C4" w14:textId="77777777" w:rsidR="003E54D5" w:rsidRDefault="003E54D5" w:rsidP="00755CFD">
      <w:pPr>
        <w:spacing w:after="0" w:line="240" w:lineRule="auto"/>
      </w:pPr>
      <w:r>
        <w:separator/>
      </w:r>
    </w:p>
  </w:footnote>
  <w:footnote w:type="continuationSeparator" w:id="0">
    <w:p w14:paraId="4264395E" w14:textId="77777777" w:rsidR="003E54D5" w:rsidRDefault="003E54D5" w:rsidP="00755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8A1115A"/>
    <w:multiLevelType w:val="hybridMultilevel"/>
    <w:tmpl w:val="D5F80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D805C4"/>
    <w:multiLevelType w:val="hybridMultilevel"/>
    <w:tmpl w:val="9AC88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C5C6B"/>
    <w:multiLevelType w:val="hybridMultilevel"/>
    <w:tmpl w:val="39DE5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951275">
    <w:abstractNumId w:val="8"/>
  </w:num>
  <w:num w:numId="2" w16cid:durableId="1430660154">
    <w:abstractNumId w:val="6"/>
  </w:num>
  <w:num w:numId="3" w16cid:durableId="626207887">
    <w:abstractNumId w:val="5"/>
  </w:num>
  <w:num w:numId="4" w16cid:durableId="1260143002">
    <w:abstractNumId w:val="4"/>
  </w:num>
  <w:num w:numId="5" w16cid:durableId="334693958">
    <w:abstractNumId w:val="7"/>
  </w:num>
  <w:num w:numId="6" w16cid:durableId="1967539769">
    <w:abstractNumId w:val="3"/>
  </w:num>
  <w:num w:numId="7" w16cid:durableId="970281435">
    <w:abstractNumId w:val="2"/>
  </w:num>
  <w:num w:numId="8" w16cid:durableId="129983481">
    <w:abstractNumId w:val="1"/>
  </w:num>
  <w:num w:numId="9" w16cid:durableId="995959167">
    <w:abstractNumId w:val="0"/>
  </w:num>
  <w:num w:numId="10" w16cid:durableId="1791392107">
    <w:abstractNumId w:val="10"/>
  </w:num>
  <w:num w:numId="11" w16cid:durableId="1456368033">
    <w:abstractNumId w:val="11"/>
  </w:num>
  <w:num w:numId="12" w16cid:durableId="16517880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30D3"/>
    <w:rsid w:val="00097CFD"/>
    <w:rsid w:val="0015074B"/>
    <w:rsid w:val="001551F1"/>
    <w:rsid w:val="00184032"/>
    <w:rsid w:val="00190B5F"/>
    <w:rsid w:val="001912C1"/>
    <w:rsid w:val="001E6D52"/>
    <w:rsid w:val="002404A7"/>
    <w:rsid w:val="0029639D"/>
    <w:rsid w:val="002F6124"/>
    <w:rsid w:val="003173BF"/>
    <w:rsid w:val="00326F90"/>
    <w:rsid w:val="0034662E"/>
    <w:rsid w:val="003E54D5"/>
    <w:rsid w:val="0047280B"/>
    <w:rsid w:val="00474A33"/>
    <w:rsid w:val="004C32B0"/>
    <w:rsid w:val="004C7F9B"/>
    <w:rsid w:val="00513B91"/>
    <w:rsid w:val="00541BE8"/>
    <w:rsid w:val="005705E7"/>
    <w:rsid w:val="00582AE3"/>
    <w:rsid w:val="005C367E"/>
    <w:rsid w:val="005F1277"/>
    <w:rsid w:val="00711566"/>
    <w:rsid w:val="00731169"/>
    <w:rsid w:val="00740E3C"/>
    <w:rsid w:val="00755CFD"/>
    <w:rsid w:val="007B0C08"/>
    <w:rsid w:val="007B75C6"/>
    <w:rsid w:val="008456DE"/>
    <w:rsid w:val="00862F95"/>
    <w:rsid w:val="00896BEE"/>
    <w:rsid w:val="008D7ABC"/>
    <w:rsid w:val="009D29D2"/>
    <w:rsid w:val="00AA1D8D"/>
    <w:rsid w:val="00AE1F40"/>
    <w:rsid w:val="00AF60DA"/>
    <w:rsid w:val="00B01642"/>
    <w:rsid w:val="00B31332"/>
    <w:rsid w:val="00B47730"/>
    <w:rsid w:val="00B94A99"/>
    <w:rsid w:val="00BA37C0"/>
    <w:rsid w:val="00BF3F1E"/>
    <w:rsid w:val="00BF7FCB"/>
    <w:rsid w:val="00CB0664"/>
    <w:rsid w:val="00D804A4"/>
    <w:rsid w:val="00DC091F"/>
    <w:rsid w:val="00DC7745"/>
    <w:rsid w:val="00E15FCA"/>
    <w:rsid w:val="00E415E1"/>
    <w:rsid w:val="00E42EBC"/>
    <w:rsid w:val="00E64ADF"/>
    <w:rsid w:val="00EA5B8C"/>
    <w:rsid w:val="00EC3329"/>
    <w:rsid w:val="00EE0DD3"/>
    <w:rsid w:val="00F14F6B"/>
    <w:rsid w:val="00F25830"/>
    <w:rsid w:val="00F721AE"/>
    <w:rsid w:val="00F75205"/>
    <w:rsid w:val="00F801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3C0BBD"/>
  <w14:defaultImageDpi w14:val="300"/>
  <w15:docId w15:val="{1BDC7F50-5ACB-48DB-9A17-0B9A3FEE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B31332"/>
    <w:rPr>
      <w:color w:val="666666"/>
    </w:rPr>
  </w:style>
  <w:style w:type="paragraph" w:styleId="Revision">
    <w:name w:val="Revision"/>
    <w:hidden/>
    <w:uiPriority w:val="99"/>
    <w:semiHidden/>
    <w:rsid w:val="00E415E1"/>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rsid w:val="00E415E1"/>
    <w:rPr>
      <w:sz w:val="16"/>
      <w:szCs w:val="16"/>
    </w:rPr>
  </w:style>
  <w:style w:type="paragraph" w:styleId="CommentText">
    <w:name w:val="annotation text"/>
    <w:basedOn w:val="Normal"/>
    <w:link w:val="CommentTextChar"/>
    <w:uiPriority w:val="99"/>
    <w:unhideWhenUsed/>
    <w:rsid w:val="00E415E1"/>
    <w:pPr>
      <w:spacing w:line="240" w:lineRule="auto"/>
    </w:pPr>
    <w:rPr>
      <w:sz w:val="20"/>
      <w:szCs w:val="20"/>
    </w:rPr>
  </w:style>
  <w:style w:type="character" w:customStyle="1" w:styleId="CommentTextChar">
    <w:name w:val="Comment Text Char"/>
    <w:basedOn w:val="DefaultParagraphFont"/>
    <w:link w:val="CommentText"/>
    <w:uiPriority w:val="99"/>
    <w:rsid w:val="00E415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15E1"/>
    <w:rPr>
      <w:b/>
      <w:bCs/>
    </w:rPr>
  </w:style>
  <w:style w:type="character" w:customStyle="1" w:styleId="CommentSubjectChar">
    <w:name w:val="Comment Subject Char"/>
    <w:basedOn w:val="CommentTextChar"/>
    <w:link w:val="CommentSubject"/>
    <w:uiPriority w:val="99"/>
    <w:semiHidden/>
    <w:rsid w:val="00E415E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BAF5EEFA99433082894BCDC466282B"/>
        <w:category>
          <w:name w:val="General"/>
          <w:gallery w:val="placeholder"/>
        </w:category>
        <w:types>
          <w:type w:val="bbPlcHdr"/>
        </w:types>
        <w:behaviors>
          <w:behavior w:val="content"/>
        </w:behaviors>
        <w:guid w:val="{57D63A64-1190-42FB-9567-ADDE5D1FDA6D}"/>
      </w:docPartPr>
      <w:docPartBody>
        <w:p w:rsidR="00432B45" w:rsidRDefault="001173D1" w:rsidP="001173D1">
          <w:pPr>
            <w:pStyle w:val="38BAF5EEFA99433082894BCDC466282B"/>
          </w:pPr>
          <w:r w:rsidRPr="00386C42">
            <w:rPr>
              <w:rStyle w:val="PlaceholderText"/>
            </w:rPr>
            <w:t>Click or tap here to enter text.</w:t>
          </w:r>
        </w:p>
      </w:docPartBody>
    </w:docPart>
    <w:docPart>
      <w:docPartPr>
        <w:name w:val="89D9885D20F540859D812F3F73B69A94"/>
        <w:category>
          <w:name w:val="General"/>
          <w:gallery w:val="placeholder"/>
        </w:category>
        <w:types>
          <w:type w:val="bbPlcHdr"/>
        </w:types>
        <w:behaviors>
          <w:behavior w:val="content"/>
        </w:behaviors>
        <w:guid w:val="{862FDF19-0D9D-46A3-BD1A-F8A75A33D461}"/>
      </w:docPartPr>
      <w:docPartBody>
        <w:p w:rsidR="00432B45" w:rsidRDefault="001173D1" w:rsidP="001173D1">
          <w:pPr>
            <w:pStyle w:val="89D9885D20F540859D812F3F73B69A94"/>
          </w:pPr>
          <w:r w:rsidRPr="00386C42">
            <w:rPr>
              <w:rStyle w:val="PlaceholderText"/>
            </w:rPr>
            <w:t>Click or tap here to enter text.</w:t>
          </w:r>
        </w:p>
      </w:docPartBody>
    </w:docPart>
    <w:docPart>
      <w:docPartPr>
        <w:name w:val="30AAC7852E13404DA3F94B9829EC0AB1"/>
        <w:category>
          <w:name w:val="General"/>
          <w:gallery w:val="placeholder"/>
        </w:category>
        <w:types>
          <w:type w:val="bbPlcHdr"/>
        </w:types>
        <w:behaviors>
          <w:behavior w:val="content"/>
        </w:behaviors>
        <w:guid w:val="{0BAE3DBC-3091-42B6-A7C5-37F7302E3062}"/>
      </w:docPartPr>
      <w:docPartBody>
        <w:p w:rsidR="00432B45" w:rsidRDefault="001173D1" w:rsidP="001173D1">
          <w:pPr>
            <w:pStyle w:val="30AAC7852E13404DA3F94B9829EC0AB1"/>
          </w:pPr>
          <w:r w:rsidRPr="00386C42">
            <w:rPr>
              <w:rStyle w:val="PlaceholderText"/>
            </w:rPr>
            <w:t>Click or tap here to enter text.</w:t>
          </w:r>
        </w:p>
      </w:docPartBody>
    </w:docPart>
    <w:docPart>
      <w:docPartPr>
        <w:name w:val="25C3EAEE9522488A8B5BA1BF814EF3D7"/>
        <w:category>
          <w:name w:val="General"/>
          <w:gallery w:val="placeholder"/>
        </w:category>
        <w:types>
          <w:type w:val="bbPlcHdr"/>
        </w:types>
        <w:behaviors>
          <w:behavior w:val="content"/>
        </w:behaviors>
        <w:guid w:val="{B8620ECC-9D0C-406D-BCB2-C9635EEB9510}"/>
      </w:docPartPr>
      <w:docPartBody>
        <w:p w:rsidR="00432B45" w:rsidRDefault="001173D1" w:rsidP="001173D1">
          <w:pPr>
            <w:pStyle w:val="25C3EAEE9522488A8B5BA1BF814EF3D7"/>
          </w:pPr>
          <w:r w:rsidRPr="00386C42">
            <w:rPr>
              <w:rStyle w:val="PlaceholderText"/>
            </w:rPr>
            <w:t>Click or tap here to enter text.</w:t>
          </w:r>
        </w:p>
      </w:docPartBody>
    </w:docPart>
    <w:docPart>
      <w:docPartPr>
        <w:name w:val="ADDA1EA56D2545ACA28B404FA372EA24"/>
        <w:category>
          <w:name w:val="General"/>
          <w:gallery w:val="placeholder"/>
        </w:category>
        <w:types>
          <w:type w:val="bbPlcHdr"/>
        </w:types>
        <w:behaviors>
          <w:behavior w:val="content"/>
        </w:behaviors>
        <w:guid w:val="{171454FB-D048-4C25-9CB2-AB9EEFC47600}"/>
      </w:docPartPr>
      <w:docPartBody>
        <w:p w:rsidR="00432B45" w:rsidRDefault="001173D1" w:rsidP="001173D1">
          <w:pPr>
            <w:pStyle w:val="ADDA1EA56D2545ACA28B404FA372EA24"/>
          </w:pPr>
          <w:r w:rsidRPr="00386C42">
            <w:rPr>
              <w:rStyle w:val="PlaceholderText"/>
            </w:rPr>
            <w:t>Click or tap here to enter text.</w:t>
          </w:r>
        </w:p>
      </w:docPartBody>
    </w:docPart>
    <w:docPart>
      <w:docPartPr>
        <w:name w:val="F1F6A8780F8543E4AAE3330E094CDF39"/>
        <w:category>
          <w:name w:val="General"/>
          <w:gallery w:val="placeholder"/>
        </w:category>
        <w:types>
          <w:type w:val="bbPlcHdr"/>
        </w:types>
        <w:behaviors>
          <w:behavior w:val="content"/>
        </w:behaviors>
        <w:guid w:val="{D137CACA-6FB3-4484-9AB9-DC707B6B9F3F}"/>
      </w:docPartPr>
      <w:docPartBody>
        <w:p w:rsidR="00432B45" w:rsidRDefault="001173D1" w:rsidP="001173D1">
          <w:pPr>
            <w:pStyle w:val="F1F6A8780F8543E4AAE3330E094CDF39"/>
          </w:pPr>
          <w:r w:rsidRPr="00386C42">
            <w:rPr>
              <w:rStyle w:val="PlaceholderText"/>
            </w:rPr>
            <w:t>Click or tap here to enter text.</w:t>
          </w:r>
        </w:p>
      </w:docPartBody>
    </w:docPart>
    <w:docPart>
      <w:docPartPr>
        <w:name w:val="34F9A5F0344F475DB3A28081B47604FA"/>
        <w:category>
          <w:name w:val="General"/>
          <w:gallery w:val="placeholder"/>
        </w:category>
        <w:types>
          <w:type w:val="bbPlcHdr"/>
        </w:types>
        <w:behaviors>
          <w:behavior w:val="content"/>
        </w:behaviors>
        <w:guid w:val="{0E92B469-53EC-4782-9D00-02CC01E9DCAA}"/>
      </w:docPartPr>
      <w:docPartBody>
        <w:p w:rsidR="00432B45" w:rsidRDefault="001173D1" w:rsidP="001173D1">
          <w:pPr>
            <w:pStyle w:val="34F9A5F0344F475DB3A28081B47604FA"/>
          </w:pPr>
          <w:r w:rsidRPr="00386C42">
            <w:rPr>
              <w:rStyle w:val="PlaceholderText"/>
            </w:rPr>
            <w:t>Click or tap here to enter text.</w:t>
          </w:r>
        </w:p>
      </w:docPartBody>
    </w:docPart>
    <w:docPart>
      <w:docPartPr>
        <w:name w:val="3BA358AACEDB4CE79A7DE2F5BF155178"/>
        <w:category>
          <w:name w:val="General"/>
          <w:gallery w:val="placeholder"/>
        </w:category>
        <w:types>
          <w:type w:val="bbPlcHdr"/>
        </w:types>
        <w:behaviors>
          <w:behavior w:val="content"/>
        </w:behaviors>
        <w:guid w:val="{1D6D948F-714F-4ECA-A384-E2C2FBCD992F}"/>
      </w:docPartPr>
      <w:docPartBody>
        <w:p w:rsidR="00432B45" w:rsidRDefault="001173D1" w:rsidP="001173D1">
          <w:pPr>
            <w:pStyle w:val="3BA358AACEDB4CE79A7DE2F5BF155178"/>
          </w:pPr>
          <w:r w:rsidRPr="00386C42">
            <w:rPr>
              <w:rStyle w:val="PlaceholderText"/>
            </w:rPr>
            <w:t>Click or tap here to enter text.</w:t>
          </w:r>
        </w:p>
      </w:docPartBody>
    </w:docPart>
    <w:docPart>
      <w:docPartPr>
        <w:name w:val="B88CD0DDDA6F462A9D2B956EFE3EF930"/>
        <w:category>
          <w:name w:val="General"/>
          <w:gallery w:val="placeholder"/>
        </w:category>
        <w:types>
          <w:type w:val="bbPlcHdr"/>
        </w:types>
        <w:behaviors>
          <w:behavior w:val="content"/>
        </w:behaviors>
        <w:guid w:val="{345C8E32-4164-4B7C-B06D-1DBA9B8DB518}"/>
      </w:docPartPr>
      <w:docPartBody>
        <w:p w:rsidR="00432B45" w:rsidRDefault="001173D1" w:rsidP="001173D1">
          <w:pPr>
            <w:pStyle w:val="B88CD0DDDA6F462A9D2B956EFE3EF930"/>
          </w:pPr>
          <w:r w:rsidRPr="00386C42">
            <w:rPr>
              <w:rStyle w:val="PlaceholderText"/>
            </w:rPr>
            <w:t>Click or tap here to enter text.</w:t>
          </w:r>
        </w:p>
      </w:docPartBody>
    </w:docPart>
    <w:docPart>
      <w:docPartPr>
        <w:name w:val="C82A909A8D2E4B028F5F61C433E63902"/>
        <w:category>
          <w:name w:val="General"/>
          <w:gallery w:val="placeholder"/>
        </w:category>
        <w:types>
          <w:type w:val="bbPlcHdr"/>
        </w:types>
        <w:behaviors>
          <w:behavior w:val="content"/>
        </w:behaviors>
        <w:guid w:val="{B2716AAC-C69C-4463-9641-C4FEBB6996E4}"/>
      </w:docPartPr>
      <w:docPartBody>
        <w:p w:rsidR="00432B45" w:rsidRDefault="001173D1" w:rsidP="001173D1">
          <w:pPr>
            <w:pStyle w:val="C82A909A8D2E4B028F5F61C433E63902"/>
          </w:pPr>
          <w:r w:rsidRPr="00386C42">
            <w:rPr>
              <w:rStyle w:val="PlaceholderText"/>
            </w:rPr>
            <w:t>Click or tap here to enter text.</w:t>
          </w:r>
        </w:p>
      </w:docPartBody>
    </w:docPart>
    <w:docPart>
      <w:docPartPr>
        <w:name w:val="7677CCCA143F45AB884128C138647AB5"/>
        <w:category>
          <w:name w:val="General"/>
          <w:gallery w:val="placeholder"/>
        </w:category>
        <w:types>
          <w:type w:val="bbPlcHdr"/>
        </w:types>
        <w:behaviors>
          <w:behavior w:val="content"/>
        </w:behaviors>
        <w:guid w:val="{C72BD6D8-254A-466C-8D5F-3CD9FC637E4B}"/>
      </w:docPartPr>
      <w:docPartBody>
        <w:p w:rsidR="00432B45" w:rsidRDefault="001173D1" w:rsidP="001173D1">
          <w:pPr>
            <w:pStyle w:val="7677CCCA143F45AB884128C138647AB5"/>
          </w:pPr>
          <w:r w:rsidRPr="00386C42">
            <w:rPr>
              <w:rStyle w:val="PlaceholderText"/>
            </w:rPr>
            <w:t>Click or tap here to enter text.</w:t>
          </w:r>
        </w:p>
      </w:docPartBody>
    </w:docPart>
    <w:docPart>
      <w:docPartPr>
        <w:name w:val="10D2C52898954CB595F8FBFF27D09A7C"/>
        <w:category>
          <w:name w:val="General"/>
          <w:gallery w:val="placeholder"/>
        </w:category>
        <w:types>
          <w:type w:val="bbPlcHdr"/>
        </w:types>
        <w:behaviors>
          <w:behavior w:val="content"/>
        </w:behaviors>
        <w:guid w:val="{B585D21E-F333-418C-A258-964777739827}"/>
      </w:docPartPr>
      <w:docPartBody>
        <w:p w:rsidR="00432B45" w:rsidRDefault="001173D1" w:rsidP="001173D1">
          <w:pPr>
            <w:pStyle w:val="10D2C52898954CB595F8FBFF27D09A7C"/>
          </w:pPr>
          <w:r w:rsidRPr="00386C42">
            <w:rPr>
              <w:rStyle w:val="PlaceholderText"/>
            </w:rPr>
            <w:t>Click or tap here to enter text.</w:t>
          </w:r>
        </w:p>
      </w:docPartBody>
    </w:docPart>
    <w:docPart>
      <w:docPartPr>
        <w:name w:val="BCDE7A8B59C54D1A8F3BDEECE8256463"/>
        <w:category>
          <w:name w:val="General"/>
          <w:gallery w:val="placeholder"/>
        </w:category>
        <w:types>
          <w:type w:val="bbPlcHdr"/>
        </w:types>
        <w:behaviors>
          <w:behavior w:val="content"/>
        </w:behaviors>
        <w:guid w:val="{02F9D294-F4FA-46A1-8A2F-A1FE66C43BB9}"/>
      </w:docPartPr>
      <w:docPartBody>
        <w:p w:rsidR="00432B45" w:rsidRDefault="001173D1" w:rsidP="001173D1">
          <w:pPr>
            <w:pStyle w:val="BCDE7A8B59C54D1A8F3BDEECE8256463"/>
          </w:pPr>
          <w:r w:rsidRPr="00386C42">
            <w:rPr>
              <w:rStyle w:val="PlaceholderText"/>
            </w:rPr>
            <w:t>Click or tap here to enter text.</w:t>
          </w:r>
        </w:p>
      </w:docPartBody>
    </w:docPart>
    <w:docPart>
      <w:docPartPr>
        <w:name w:val="E314854B064249B799805A8BB1E733C2"/>
        <w:category>
          <w:name w:val="General"/>
          <w:gallery w:val="placeholder"/>
        </w:category>
        <w:types>
          <w:type w:val="bbPlcHdr"/>
        </w:types>
        <w:behaviors>
          <w:behavior w:val="content"/>
        </w:behaviors>
        <w:guid w:val="{49275A09-1AEA-4595-A484-9823A1D128EE}"/>
      </w:docPartPr>
      <w:docPartBody>
        <w:p w:rsidR="00432B45" w:rsidRDefault="001173D1" w:rsidP="001173D1">
          <w:pPr>
            <w:pStyle w:val="E314854B064249B799805A8BB1E733C2"/>
          </w:pPr>
          <w:r w:rsidRPr="00386C42">
            <w:rPr>
              <w:rStyle w:val="PlaceholderText"/>
            </w:rPr>
            <w:t>Click or tap here to enter text.</w:t>
          </w:r>
        </w:p>
      </w:docPartBody>
    </w:docPart>
    <w:docPart>
      <w:docPartPr>
        <w:name w:val="D0DE4825BBB6444DA6B6781AC5275674"/>
        <w:category>
          <w:name w:val="General"/>
          <w:gallery w:val="placeholder"/>
        </w:category>
        <w:types>
          <w:type w:val="bbPlcHdr"/>
        </w:types>
        <w:behaviors>
          <w:behavior w:val="content"/>
        </w:behaviors>
        <w:guid w:val="{C9E945D7-8364-4059-B31A-DF98876EE19B}"/>
      </w:docPartPr>
      <w:docPartBody>
        <w:p w:rsidR="00432B45" w:rsidRDefault="001173D1" w:rsidP="001173D1">
          <w:pPr>
            <w:pStyle w:val="D0DE4825BBB6444DA6B6781AC5275674"/>
          </w:pPr>
          <w:r w:rsidRPr="00386C4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81A99672-103A-489B-8EFC-C75C748B145F}"/>
      </w:docPartPr>
      <w:docPartBody>
        <w:p w:rsidR="00432B45" w:rsidRDefault="001173D1">
          <w:r w:rsidRPr="00117A7B">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DABD4079-211A-4B22-97A7-AC670BC6B101}"/>
      </w:docPartPr>
      <w:docPartBody>
        <w:p w:rsidR="00553638" w:rsidRDefault="00B04CE6">
          <w:r w:rsidRPr="00117A7B">
            <w:rPr>
              <w:rStyle w:val="PlaceholderText"/>
            </w:rPr>
            <w:t>Click or tap here to enter text.</w:t>
          </w:r>
        </w:p>
      </w:docPartBody>
    </w:docPart>
    <w:docPart>
      <w:docPartPr>
        <w:name w:val="899175E678A14A4AA4B7A5869E88A38A"/>
        <w:category>
          <w:name w:val="General"/>
          <w:gallery w:val="placeholder"/>
        </w:category>
        <w:types>
          <w:type w:val="bbPlcHdr"/>
        </w:types>
        <w:behaviors>
          <w:behavior w:val="content"/>
        </w:behaviors>
        <w:guid w:val="{52036437-E0F8-4DA4-88C6-3F6DFB964C7D}"/>
      </w:docPartPr>
      <w:docPartBody>
        <w:p w:rsidR="00612E6E" w:rsidRDefault="00252A1D" w:rsidP="00252A1D">
          <w:pPr>
            <w:pStyle w:val="899175E678A14A4AA4B7A5869E88A38A"/>
          </w:pPr>
          <w:r w:rsidRPr="00386C42">
            <w:rPr>
              <w:rStyle w:val="PlaceholderText"/>
            </w:rPr>
            <w:t>Click or tap here to enter text.</w:t>
          </w:r>
        </w:p>
      </w:docPartBody>
    </w:docPart>
    <w:docPart>
      <w:docPartPr>
        <w:name w:val="EF92C2BF54944629A83AE1FF136BD495"/>
        <w:category>
          <w:name w:val="General"/>
          <w:gallery w:val="placeholder"/>
        </w:category>
        <w:types>
          <w:type w:val="bbPlcHdr"/>
        </w:types>
        <w:behaviors>
          <w:behavior w:val="content"/>
        </w:behaviors>
        <w:guid w:val="{D8513861-7800-486A-91FE-397E82D58382}"/>
      </w:docPartPr>
      <w:docPartBody>
        <w:p w:rsidR="00612E6E" w:rsidRDefault="00252A1D" w:rsidP="00252A1D">
          <w:pPr>
            <w:pStyle w:val="EF92C2BF54944629A83AE1FF136BD495"/>
          </w:pPr>
          <w:r w:rsidRPr="00386C42">
            <w:rPr>
              <w:rStyle w:val="PlaceholderText"/>
            </w:rPr>
            <w:t>Click or tap here to enter text.</w:t>
          </w:r>
        </w:p>
      </w:docPartBody>
    </w:docPart>
    <w:docPart>
      <w:docPartPr>
        <w:name w:val="180B20DA6EBC4C458B506221A0A9F046"/>
        <w:category>
          <w:name w:val="General"/>
          <w:gallery w:val="placeholder"/>
        </w:category>
        <w:types>
          <w:type w:val="bbPlcHdr"/>
        </w:types>
        <w:behaviors>
          <w:behavior w:val="content"/>
        </w:behaviors>
        <w:guid w:val="{6D5623E4-8733-4F19-B971-DDAEDACA073A}"/>
      </w:docPartPr>
      <w:docPartBody>
        <w:p w:rsidR="008426C7" w:rsidRDefault="00397ED7" w:rsidP="00397ED7">
          <w:pPr>
            <w:pStyle w:val="180B20DA6EBC4C458B506221A0A9F046"/>
          </w:pPr>
          <w:r w:rsidRPr="00386C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3D1"/>
    <w:rsid w:val="001173D1"/>
    <w:rsid w:val="001551F1"/>
    <w:rsid w:val="00252A1D"/>
    <w:rsid w:val="00302CB5"/>
    <w:rsid w:val="0031027F"/>
    <w:rsid w:val="003173BF"/>
    <w:rsid w:val="00397ED7"/>
    <w:rsid w:val="00432B45"/>
    <w:rsid w:val="004C7F9B"/>
    <w:rsid w:val="00541BE8"/>
    <w:rsid w:val="00553638"/>
    <w:rsid w:val="00612E6E"/>
    <w:rsid w:val="00617ED3"/>
    <w:rsid w:val="00711566"/>
    <w:rsid w:val="008426C7"/>
    <w:rsid w:val="009B2158"/>
    <w:rsid w:val="00AC7A7B"/>
    <w:rsid w:val="00B04CE6"/>
    <w:rsid w:val="00B35A09"/>
    <w:rsid w:val="00E15FCA"/>
    <w:rsid w:val="00F25830"/>
    <w:rsid w:val="00FB2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7ED7"/>
    <w:rPr>
      <w:color w:val="666666"/>
    </w:rPr>
  </w:style>
  <w:style w:type="paragraph" w:customStyle="1" w:styleId="38BAF5EEFA99433082894BCDC466282B">
    <w:name w:val="38BAF5EEFA99433082894BCDC466282B"/>
    <w:rsid w:val="001173D1"/>
    <w:pPr>
      <w:spacing w:after="200" w:line="276" w:lineRule="auto"/>
    </w:pPr>
    <w:rPr>
      <w:rFonts w:ascii="Times New Roman" w:hAnsi="Times New Roman"/>
      <w:kern w:val="0"/>
      <w:sz w:val="22"/>
      <w:szCs w:val="22"/>
      <w14:ligatures w14:val="none"/>
    </w:rPr>
  </w:style>
  <w:style w:type="paragraph" w:customStyle="1" w:styleId="89D9885D20F540859D812F3F73B69A94">
    <w:name w:val="89D9885D20F540859D812F3F73B69A94"/>
    <w:rsid w:val="001173D1"/>
    <w:pPr>
      <w:spacing w:after="200" w:line="276" w:lineRule="auto"/>
    </w:pPr>
    <w:rPr>
      <w:rFonts w:ascii="Times New Roman" w:hAnsi="Times New Roman"/>
      <w:kern w:val="0"/>
      <w:sz w:val="22"/>
      <w:szCs w:val="22"/>
      <w14:ligatures w14:val="none"/>
    </w:rPr>
  </w:style>
  <w:style w:type="paragraph" w:customStyle="1" w:styleId="30AAC7852E13404DA3F94B9829EC0AB1">
    <w:name w:val="30AAC7852E13404DA3F94B9829EC0AB1"/>
    <w:rsid w:val="001173D1"/>
    <w:pPr>
      <w:spacing w:after="200" w:line="276" w:lineRule="auto"/>
    </w:pPr>
    <w:rPr>
      <w:rFonts w:ascii="Times New Roman" w:hAnsi="Times New Roman"/>
      <w:kern w:val="0"/>
      <w:sz w:val="22"/>
      <w:szCs w:val="22"/>
      <w14:ligatures w14:val="none"/>
    </w:rPr>
  </w:style>
  <w:style w:type="paragraph" w:customStyle="1" w:styleId="25C3EAEE9522488A8B5BA1BF814EF3D7">
    <w:name w:val="25C3EAEE9522488A8B5BA1BF814EF3D7"/>
    <w:rsid w:val="001173D1"/>
    <w:pPr>
      <w:spacing w:after="200" w:line="276" w:lineRule="auto"/>
    </w:pPr>
    <w:rPr>
      <w:rFonts w:ascii="Times New Roman" w:hAnsi="Times New Roman"/>
      <w:kern w:val="0"/>
      <w:sz w:val="22"/>
      <w:szCs w:val="22"/>
      <w14:ligatures w14:val="none"/>
    </w:rPr>
  </w:style>
  <w:style w:type="paragraph" w:customStyle="1" w:styleId="ADDA1EA56D2545ACA28B404FA372EA24">
    <w:name w:val="ADDA1EA56D2545ACA28B404FA372EA24"/>
    <w:rsid w:val="001173D1"/>
    <w:pPr>
      <w:spacing w:after="200" w:line="276" w:lineRule="auto"/>
    </w:pPr>
    <w:rPr>
      <w:rFonts w:ascii="Times New Roman" w:hAnsi="Times New Roman"/>
      <w:kern w:val="0"/>
      <w:sz w:val="22"/>
      <w:szCs w:val="22"/>
      <w14:ligatures w14:val="none"/>
    </w:rPr>
  </w:style>
  <w:style w:type="paragraph" w:customStyle="1" w:styleId="F1F6A8780F8543E4AAE3330E094CDF39">
    <w:name w:val="F1F6A8780F8543E4AAE3330E094CDF39"/>
    <w:rsid w:val="001173D1"/>
    <w:pPr>
      <w:spacing w:after="200" w:line="276" w:lineRule="auto"/>
    </w:pPr>
    <w:rPr>
      <w:rFonts w:ascii="Times New Roman" w:hAnsi="Times New Roman"/>
      <w:kern w:val="0"/>
      <w:sz w:val="22"/>
      <w:szCs w:val="22"/>
      <w14:ligatures w14:val="none"/>
    </w:rPr>
  </w:style>
  <w:style w:type="paragraph" w:customStyle="1" w:styleId="34F9A5F0344F475DB3A28081B47604FA">
    <w:name w:val="34F9A5F0344F475DB3A28081B47604FA"/>
    <w:rsid w:val="001173D1"/>
    <w:pPr>
      <w:spacing w:after="200" w:line="276" w:lineRule="auto"/>
    </w:pPr>
    <w:rPr>
      <w:rFonts w:ascii="Times New Roman" w:hAnsi="Times New Roman"/>
      <w:kern w:val="0"/>
      <w:sz w:val="22"/>
      <w:szCs w:val="22"/>
      <w14:ligatures w14:val="none"/>
    </w:rPr>
  </w:style>
  <w:style w:type="paragraph" w:customStyle="1" w:styleId="3BA358AACEDB4CE79A7DE2F5BF155178">
    <w:name w:val="3BA358AACEDB4CE79A7DE2F5BF155178"/>
    <w:rsid w:val="001173D1"/>
    <w:pPr>
      <w:spacing w:after="200" w:line="276" w:lineRule="auto"/>
    </w:pPr>
    <w:rPr>
      <w:rFonts w:ascii="Times New Roman" w:hAnsi="Times New Roman"/>
      <w:kern w:val="0"/>
      <w:sz w:val="22"/>
      <w:szCs w:val="22"/>
      <w14:ligatures w14:val="none"/>
    </w:rPr>
  </w:style>
  <w:style w:type="paragraph" w:customStyle="1" w:styleId="B88CD0DDDA6F462A9D2B956EFE3EF930">
    <w:name w:val="B88CD0DDDA6F462A9D2B956EFE3EF930"/>
    <w:rsid w:val="001173D1"/>
    <w:pPr>
      <w:spacing w:after="200" w:line="276" w:lineRule="auto"/>
    </w:pPr>
    <w:rPr>
      <w:rFonts w:ascii="Times New Roman" w:hAnsi="Times New Roman"/>
      <w:kern w:val="0"/>
      <w:sz w:val="22"/>
      <w:szCs w:val="22"/>
      <w14:ligatures w14:val="none"/>
    </w:rPr>
  </w:style>
  <w:style w:type="paragraph" w:customStyle="1" w:styleId="C82A909A8D2E4B028F5F61C433E63902">
    <w:name w:val="C82A909A8D2E4B028F5F61C433E63902"/>
    <w:rsid w:val="001173D1"/>
    <w:pPr>
      <w:spacing w:after="200" w:line="276" w:lineRule="auto"/>
    </w:pPr>
    <w:rPr>
      <w:rFonts w:ascii="Times New Roman" w:hAnsi="Times New Roman"/>
      <w:kern w:val="0"/>
      <w:sz w:val="22"/>
      <w:szCs w:val="22"/>
      <w14:ligatures w14:val="none"/>
    </w:rPr>
  </w:style>
  <w:style w:type="paragraph" w:customStyle="1" w:styleId="7677CCCA143F45AB884128C138647AB5">
    <w:name w:val="7677CCCA143F45AB884128C138647AB5"/>
    <w:rsid w:val="001173D1"/>
    <w:pPr>
      <w:spacing w:after="200" w:line="276" w:lineRule="auto"/>
    </w:pPr>
    <w:rPr>
      <w:rFonts w:ascii="Times New Roman" w:hAnsi="Times New Roman"/>
      <w:kern w:val="0"/>
      <w:sz w:val="22"/>
      <w:szCs w:val="22"/>
      <w14:ligatures w14:val="none"/>
    </w:rPr>
  </w:style>
  <w:style w:type="paragraph" w:customStyle="1" w:styleId="10D2C52898954CB595F8FBFF27D09A7C">
    <w:name w:val="10D2C52898954CB595F8FBFF27D09A7C"/>
    <w:rsid w:val="001173D1"/>
    <w:pPr>
      <w:spacing w:after="200" w:line="276" w:lineRule="auto"/>
    </w:pPr>
    <w:rPr>
      <w:rFonts w:ascii="Times New Roman" w:hAnsi="Times New Roman"/>
      <w:kern w:val="0"/>
      <w:sz w:val="22"/>
      <w:szCs w:val="22"/>
      <w14:ligatures w14:val="none"/>
    </w:rPr>
  </w:style>
  <w:style w:type="paragraph" w:customStyle="1" w:styleId="BCDE7A8B59C54D1A8F3BDEECE8256463">
    <w:name w:val="BCDE7A8B59C54D1A8F3BDEECE8256463"/>
    <w:rsid w:val="001173D1"/>
    <w:pPr>
      <w:spacing w:after="200" w:line="276" w:lineRule="auto"/>
    </w:pPr>
    <w:rPr>
      <w:rFonts w:ascii="Times New Roman" w:hAnsi="Times New Roman"/>
      <w:kern w:val="0"/>
      <w:sz w:val="22"/>
      <w:szCs w:val="22"/>
      <w14:ligatures w14:val="none"/>
    </w:rPr>
  </w:style>
  <w:style w:type="paragraph" w:customStyle="1" w:styleId="E314854B064249B799805A8BB1E733C2">
    <w:name w:val="E314854B064249B799805A8BB1E733C2"/>
    <w:rsid w:val="001173D1"/>
    <w:pPr>
      <w:spacing w:after="200" w:line="276" w:lineRule="auto"/>
    </w:pPr>
    <w:rPr>
      <w:rFonts w:ascii="Times New Roman" w:hAnsi="Times New Roman"/>
      <w:kern w:val="0"/>
      <w:sz w:val="22"/>
      <w:szCs w:val="22"/>
      <w14:ligatures w14:val="none"/>
    </w:rPr>
  </w:style>
  <w:style w:type="paragraph" w:customStyle="1" w:styleId="D0DE4825BBB6444DA6B6781AC5275674">
    <w:name w:val="D0DE4825BBB6444DA6B6781AC5275674"/>
    <w:rsid w:val="001173D1"/>
    <w:pPr>
      <w:spacing w:after="200" w:line="276" w:lineRule="auto"/>
    </w:pPr>
    <w:rPr>
      <w:rFonts w:ascii="Times New Roman" w:hAnsi="Times New Roman"/>
      <w:kern w:val="0"/>
      <w:sz w:val="22"/>
      <w:szCs w:val="22"/>
      <w14:ligatures w14:val="none"/>
    </w:rPr>
  </w:style>
  <w:style w:type="paragraph" w:customStyle="1" w:styleId="899175E678A14A4AA4B7A5869E88A38A">
    <w:name w:val="899175E678A14A4AA4B7A5869E88A38A"/>
    <w:rsid w:val="00252A1D"/>
  </w:style>
  <w:style w:type="paragraph" w:customStyle="1" w:styleId="EF92C2BF54944629A83AE1FF136BD495">
    <w:name w:val="EF92C2BF54944629A83AE1FF136BD495"/>
    <w:rsid w:val="00252A1D"/>
  </w:style>
  <w:style w:type="paragraph" w:customStyle="1" w:styleId="180B20DA6EBC4C458B506221A0A9F046">
    <w:name w:val="180B20DA6EBC4C458B506221A0A9F046"/>
    <w:rsid w:val="00397E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Lea Ann Munkres</cp:lastModifiedBy>
  <cp:revision>13</cp:revision>
  <dcterms:created xsi:type="dcterms:W3CDTF">2026-03-31T21:20:00Z</dcterms:created>
  <dcterms:modified xsi:type="dcterms:W3CDTF">2026-07-14T19:50:00Z</dcterms:modified>
  <cp:category/>
</cp:coreProperties>
</file>